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E983" w14:textId="23195D3B" w:rsidR="005960E8" w:rsidRDefault="009C1D79">
      <w:pPr>
        <w:spacing w:after="0" w:line="240" w:lineRule="auto"/>
        <w:jc w:val="right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A2B6597" wp14:editId="403B04EE">
            <wp:simplePos x="0" y="0"/>
            <wp:positionH relativeFrom="column">
              <wp:posOffset>1270</wp:posOffset>
            </wp:positionH>
            <wp:positionV relativeFrom="paragraph">
              <wp:posOffset>-6350</wp:posOffset>
            </wp:positionV>
            <wp:extent cx="2004060" cy="1165225"/>
            <wp:effectExtent l="0" t="0" r="0" b="0"/>
            <wp:wrapSquare wrapText="bothSides"/>
            <wp:docPr id="1920451746" name="Attēls 1" descr="Salaspils 1. vidus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aspils 1. vidussko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i/>
          <w:sz w:val="22"/>
        </w:rPr>
        <w:t>Pielikums</w:t>
      </w:r>
      <w:proofErr w:type="spellEnd"/>
      <w:r>
        <w:rPr>
          <w:b/>
          <w:i/>
          <w:sz w:val="22"/>
        </w:rPr>
        <w:t xml:space="preserve"> Nr. 3</w:t>
      </w:r>
      <w:r>
        <w:rPr>
          <w:b/>
          <w:i/>
          <w:sz w:val="22"/>
        </w:rPr>
        <w:br/>
        <w:t>Iekšējās kārtības noteikumiem</w:t>
      </w:r>
      <w:r>
        <w:rPr>
          <w:b/>
          <w:i/>
          <w:sz w:val="22"/>
        </w:rPr>
        <w:br/>
        <w:t>Salaspils 1. vidusskolā</w:t>
      </w:r>
    </w:p>
    <w:p w14:paraId="775F3255" w14:textId="41A0B318" w:rsidR="005960E8" w:rsidRDefault="005960E8"/>
    <w:p w14:paraId="1A1AEEBA" w14:textId="435DD975" w:rsidR="005960E8" w:rsidRDefault="00000000" w:rsidP="008B402B">
      <w:pPr>
        <w:spacing w:after="0" w:line="360" w:lineRule="auto"/>
        <w:jc w:val="right"/>
      </w:pPr>
      <w:proofErr w:type="spellStart"/>
      <w:r>
        <w:t>Salaspils</w:t>
      </w:r>
      <w:proofErr w:type="spellEnd"/>
      <w:r>
        <w:t xml:space="preserve"> 1. </w:t>
      </w:r>
      <w:proofErr w:type="spellStart"/>
      <w:r>
        <w:t>vidusskolas</w:t>
      </w:r>
      <w:proofErr w:type="spellEnd"/>
      <w:r>
        <w:br/>
      </w:r>
      <w:proofErr w:type="spellStart"/>
      <w:r>
        <w:t>direktore</w:t>
      </w:r>
      <w:r w:rsidR="008B402B">
        <w:t>s</w:t>
      </w:r>
      <w:proofErr w:type="spellEnd"/>
      <w:r>
        <w:t xml:space="preserve"> </w:t>
      </w:r>
      <w:proofErr w:type="spellStart"/>
      <w:r w:rsidR="009C1D79">
        <w:t>p.i.</w:t>
      </w:r>
      <w:proofErr w:type="spellEnd"/>
      <w:r w:rsidR="009C1D79">
        <w:t xml:space="preserve"> </w:t>
      </w:r>
      <w:r w:rsidR="009C1D79" w:rsidRPr="009C1D79">
        <w:t>Dana</w:t>
      </w:r>
      <w:r w:rsidR="009C1D79">
        <w:t>i</w:t>
      </w:r>
      <w:r w:rsidR="009C1D79" w:rsidRPr="009C1D79">
        <w:t xml:space="preserve"> </w:t>
      </w:r>
      <w:proofErr w:type="spellStart"/>
      <w:r w:rsidR="009C1D79" w:rsidRPr="009C1D79">
        <w:t>Tuče</w:t>
      </w:r>
      <w:r w:rsidR="009C1D79">
        <w:t>i</w:t>
      </w:r>
      <w:r w:rsidR="009C1D79" w:rsidRPr="009C1D79">
        <w:t>-Novika</w:t>
      </w:r>
      <w:r w:rsidR="009C1D79">
        <w:t>i</w:t>
      </w:r>
      <w:proofErr w:type="spellEnd"/>
      <w:r>
        <w:br/>
        <w:t xml:space="preserve">_____ </w:t>
      </w:r>
      <w:proofErr w:type="spellStart"/>
      <w:r>
        <w:t>klases</w:t>
      </w:r>
      <w:proofErr w:type="spellEnd"/>
      <w:r>
        <w:t xml:space="preserve"> </w:t>
      </w:r>
      <w:proofErr w:type="spellStart"/>
      <w:r>
        <w:t>skolnie</w:t>
      </w:r>
      <w:proofErr w:type="spellEnd"/>
      <w:r>
        <w:t>_____</w:t>
      </w:r>
    </w:p>
    <w:p w14:paraId="16451530" w14:textId="77777777" w:rsidR="005960E8" w:rsidRDefault="00000000" w:rsidP="008B402B">
      <w:pPr>
        <w:spacing w:after="0" w:line="360" w:lineRule="auto"/>
        <w:jc w:val="right"/>
      </w:pPr>
      <w:r>
        <w:t>________________________________________</w:t>
      </w:r>
    </w:p>
    <w:p w14:paraId="734A8E14" w14:textId="77777777" w:rsidR="005960E8" w:rsidRDefault="00000000" w:rsidP="00342D9B">
      <w:pPr>
        <w:spacing w:after="0" w:line="360" w:lineRule="auto"/>
        <w:jc w:val="right"/>
      </w:pPr>
      <w:r>
        <w:rPr>
          <w:i/>
        </w:rPr>
        <w:t>(izglītojamā vārds, uzvārds)</w:t>
      </w:r>
    </w:p>
    <w:p w14:paraId="0E398596" w14:textId="77777777" w:rsidR="005960E8" w:rsidRDefault="00000000">
      <w:pPr>
        <w:spacing w:before="80" w:line="240" w:lineRule="auto"/>
        <w:jc w:val="center"/>
      </w:pPr>
      <w:r>
        <w:rPr>
          <w:b/>
          <w:i/>
          <w:sz w:val="26"/>
        </w:rPr>
        <w:t>paskaidrojums</w:t>
      </w:r>
    </w:p>
    <w:p w14:paraId="0ADD6D34" w14:textId="05A602D2" w:rsidR="009C1D79" w:rsidRDefault="00000000" w:rsidP="009C1D79">
      <w:pPr>
        <w:spacing w:after="120" w:line="240" w:lineRule="auto"/>
      </w:pPr>
      <w:proofErr w:type="spellStart"/>
      <w:r>
        <w:t>Esmu</w:t>
      </w:r>
      <w:proofErr w:type="spellEnd"/>
      <w:r>
        <w:t xml:space="preserve"> </w:t>
      </w:r>
      <w:proofErr w:type="spellStart"/>
      <w:r>
        <w:t>pārkāpis</w:t>
      </w:r>
      <w:proofErr w:type="spellEnd"/>
      <w:r>
        <w:t>/</w:t>
      </w:r>
      <w:proofErr w:type="spellStart"/>
      <w:r>
        <w:t>usi</w:t>
      </w:r>
      <w:proofErr w:type="spellEnd"/>
      <w:r>
        <w:t xml:space="preserve"> </w:t>
      </w:r>
      <w:proofErr w:type="spellStart"/>
      <w:r>
        <w:t>skolas</w:t>
      </w:r>
      <w:proofErr w:type="spellEnd"/>
      <w:r>
        <w:t xml:space="preserve"> </w:t>
      </w:r>
      <w:proofErr w:type="spellStart"/>
      <w:r>
        <w:t>iekšējās</w:t>
      </w:r>
      <w:proofErr w:type="spellEnd"/>
      <w:r>
        <w:t xml:space="preserve"> </w:t>
      </w:r>
      <w:proofErr w:type="spellStart"/>
      <w:r>
        <w:t>kārtības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/us </w:t>
      </w:r>
      <w:r w:rsidR="009C1D79">
        <w:t>_________________________________________</w:t>
      </w:r>
    </w:p>
    <w:p w14:paraId="0E9FAF25" w14:textId="0413E8FA" w:rsidR="005960E8" w:rsidRDefault="00000000" w:rsidP="009C1D79">
      <w:pPr>
        <w:spacing w:after="120" w:line="240" w:lineRule="auto"/>
      </w:pPr>
      <w:r>
        <w:t>___________________________________________________________</w:t>
      </w:r>
      <w:r w:rsidR="009C1D79">
        <w:t>_</w:t>
      </w:r>
      <w:r>
        <w:t>___________________________</w:t>
      </w:r>
    </w:p>
    <w:p w14:paraId="1F0EE5DA" w14:textId="605D7556" w:rsidR="005960E8" w:rsidRDefault="00000000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199493A5" w14:textId="7C6B5AB3" w:rsidR="005960E8" w:rsidRDefault="00000000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73F0E44D" w14:textId="77777777" w:rsidR="005960E8" w:rsidRPr="00C40005" w:rsidRDefault="00000000">
      <w:pPr>
        <w:spacing w:after="160" w:line="240" w:lineRule="auto"/>
        <w:jc w:val="right"/>
        <w:rPr>
          <w:bCs/>
        </w:rPr>
      </w:pPr>
      <w:r w:rsidRPr="00C40005">
        <w:rPr>
          <w:bCs/>
          <w:i/>
        </w:rPr>
        <w:t>(pārkāptais noteikums)</w:t>
      </w:r>
    </w:p>
    <w:p w14:paraId="1B792302" w14:textId="3F06117A" w:rsidR="009C1D79" w:rsidRDefault="00000000" w:rsidP="009C1D79">
      <w:pPr>
        <w:spacing w:after="120" w:line="240" w:lineRule="auto"/>
      </w:pPr>
      <w:r>
        <w:rPr>
          <w:b/>
        </w:rPr>
        <w:t xml:space="preserve">Īss situācijas apraksts: </w:t>
      </w:r>
    </w:p>
    <w:p w14:paraId="1140B4A8" w14:textId="77777777" w:rsidR="009C1D79" w:rsidRDefault="009C1D79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7A5F5BF5" w14:textId="77777777" w:rsidR="009C1D79" w:rsidRDefault="009C1D79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02468069" w14:textId="66D94737" w:rsidR="009C1D79" w:rsidRDefault="009C1D79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395420A8" w14:textId="587A22CF" w:rsidR="009C1D79" w:rsidRDefault="00000000" w:rsidP="009C1D79">
      <w:pPr>
        <w:spacing w:after="120" w:line="240" w:lineRule="auto"/>
      </w:pPr>
      <w:r>
        <w:rPr>
          <w:b/>
        </w:rPr>
        <w:t xml:space="preserve">Lai to risinātu, es turpmāk </w:t>
      </w:r>
    </w:p>
    <w:p w14:paraId="6B7599E8" w14:textId="77777777" w:rsidR="009C1D79" w:rsidRDefault="009C1D79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199E410F" w14:textId="77777777" w:rsidR="009C1D79" w:rsidRDefault="009C1D79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6732A5F4" w14:textId="77777777" w:rsidR="009C1D79" w:rsidRDefault="009C1D79" w:rsidP="009C1D79">
      <w:pPr>
        <w:spacing w:after="120" w:line="240" w:lineRule="auto"/>
      </w:pPr>
      <w:r>
        <w:t>_______________________________________________________________________________________</w:t>
      </w:r>
    </w:p>
    <w:p w14:paraId="4FE803B5" w14:textId="1D1562C0" w:rsidR="005960E8" w:rsidRPr="00C40005" w:rsidRDefault="00000000" w:rsidP="009C1D79">
      <w:pPr>
        <w:spacing w:before="120" w:after="20" w:line="240" w:lineRule="auto"/>
        <w:rPr>
          <w:bCs/>
        </w:rPr>
      </w:pPr>
      <w:proofErr w:type="spellStart"/>
      <w:r w:rsidRPr="00C40005">
        <w:rPr>
          <w:bCs/>
          <w:i/>
        </w:rPr>
        <w:t>Esmu</w:t>
      </w:r>
      <w:proofErr w:type="spellEnd"/>
      <w:r w:rsidRPr="00C40005">
        <w:rPr>
          <w:bCs/>
          <w:i/>
        </w:rPr>
        <w:t xml:space="preserve"> </w:t>
      </w:r>
      <w:proofErr w:type="spellStart"/>
      <w:r w:rsidRPr="00C40005">
        <w:rPr>
          <w:bCs/>
          <w:i/>
        </w:rPr>
        <w:t>informēts</w:t>
      </w:r>
      <w:proofErr w:type="spellEnd"/>
      <w:r w:rsidRPr="00C40005">
        <w:rPr>
          <w:bCs/>
          <w:i/>
        </w:rPr>
        <w:t xml:space="preserve">/a, ka </w:t>
      </w:r>
      <w:proofErr w:type="spellStart"/>
      <w:r w:rsidRPr="00C40005">
        <w:rPr>
          <w:bCs/>
          <w:i/>
        </w:rPr>
        <w:t>atkārtota</w:t>
      </w:r>
      <w:proofErr w:type="spellEnd"/>
      <w:r w:rsidRPr="00C40005">
        <w:rPr>
          <w:bCs/>
          <w:i/>
        </w:rPr>
        <w:t xml:space="preserve"> pārkāpuma gadījumā tiks slēgta vienošanās ar skolas sociālo pedagogu</w:t>
      </w:r>
    </w:p>
    <w:p w14:paraId="12E3298C" w14:textId="77777777" w:rsidR="005960E8" w:rsidRPr="00C40005" w:rsidRDefault="00000000">
      <w:pPr>
        <w:spacing w:line="240" w:lineRule="auto"/>
        <w:rPr>
          <w:bCs/>
          <w:i/>
        </w:rPr>
      </w:pPr>
      <w:r w:rsidRPr="00C40005">
        <w:rPr>
          <w:bCs/>
          <w:i/>
        </w:rPr>
        <w:t xml:space="preserve">par </w:t>
      </w:r>
      <w:proofErr w:type="spellStart"/>
      <w:r w:rsidRPr="00C40005">
        <w:rPr>
          <w:bCs/>
          <w:i/>
        </w:rPr>
        <w:t>turpmāku</w:t>
      </w:r>
      <w:proofErr w:type="spellEnd"/>
      <w:r w:rsidRPr="00C40005">
        <w:rPr>
          <w:bCs/>
          <w:i/>
        </w:rPr>
        <w:t xml:space="preserve"> </w:t>
      </w:r>
      <w:proofErr w:type="spellStart"/>
      <w:r w:rsidRPr="00C40005">
        <w:rPr>
          <w:bCs/>
          <w:i/>
        </w:rPr>
        <w:t>noteikumu</w:t>
      </w:r>
      <w:proofErr w:type="spellEnd"/>
      <w:r w:rsidRPr="00C40005">
        <w:rPr>
          <w:bCs/>
          <w:i/>
        </w:rPr>
        <w:t xml:space="preserve"> </w:t>
      </w:r>
      <w:proofErr w:type="spellStart"/>
      <w:r w:rsidRPr="00C40005">
        <w:rPr>
          <w:bCs/>
          <w:i/>
        </w:rPr>
        <w:t>ievērošanu</w:t>
      </w:r>
      <w:proofErr w:type="spellEnd"/>
      <w:r w:rsidRPr="00C40005">
        <w:rPr>
          <w:bCs/>
          <w:i/>
        </w:rPr>
        <w:t>.</w:t>
      </w:r>
    </w:p>
    <w:p w14:paraId="391D6C59" w14:textId="77777777" w:rsidR="00C40005" w:rsidRDefault="00C40005">
      <w:pPr>
        <w:spacing w:line="240" w:lineRule="auto"/>
        <w:rPr>
          <w:b/>
          <w:i/>
        </w:rPr>
      </w:pPr>
    </w:p>
    <w:p w14:paraId="7CC037D1" w14:textId="77777777" w:rsidR="00C40005" w:rsidRDefault="00C40005">
      <w:pPr>
        <w:spacing w:line="240" w:lineRule="auto"/>
        <w:rPr>
          <w:b/>
          <w:i/>
        </w:rPr>
      </w:pPr>
    </w:p>
    <w:p w14:paraId="6FF53E27" w14:textId="77777777" w:rsidR="00C40005" w:rsidRDefault="00C40005">
      <w:pPr>
        <w:spacing w:line="240" w:lineRule="auto"/>
        <w:rPr>
          <w:b/>
          <w:i/>
        </w:rPr>
      </w:pPr>
    </w:p>
    <w:p w14:paraId="744340AC" w14:textId="77777777" w:rsidR="00C40005" w:rsidRDefault="00C40005">
      <w:pPr>
        <w:spacing w:line="240" w:lineRule="auto"/>
      </w:pPr>
    </w:p>
    <w:p w14:paraId="2FBD9DD4" w14:textId="42AA4738" w:rsidR="005960E8" w:rsidRDefault="00000000" w:rsidP="009C1D79">
      <w:pPr>
        <w:spacing w:after="140" w:line="360" w:lineRule="auto"/>
      </w:pPr>
      <w:proofErr w:type="spellStart"/>
      <w:r>
        <w:t>Izglītojamais</w:t>
      </w:r>
      <w:proofErr w:type="spellEnd"/>
      <w:r>
        <w:t xml:space="preserve"> _____________________________</w:t>
      </w:r>
      <w:r w:rsidR="009C1D79">
        <w:t>___</w:t>
      </w:r>
      <w:r>
        <w:t>__________   datums ___</w:t>
      </w:r>
      <w:r w:rsidR="009C1D79">
        <w:t>____</w:t>
      </w:r>
      <w:r>
        <w:t>___________________</w:t>
      </w:r>
    </w:p>
    <w:p w14:paraId="185C89D0" w14:textId="0A96103F" w:rsidR="005960E8" w:rsidRDefault="00000000" w:rsidP="009C1D79">
      <w:pPr>
        <w:spacing w:line="360" w:lineRule="auto"/>
      </w:pPr>
      <w:proofErr w:type="spellStart"/>
      <w:r>
        <w:t>Skolotājs</w:t>
      </w:r>
      <w:proofErr w:type="spellEnd"/>
      <w:r>
        <w:t xml:space="preserve"> _____________________________________________   datums __________________________</w:t>
      </w:r>
    </w:p>
    <w:p w14:paraId="311FA217" w14:textId="7B424D5E" w:rsidR="005960E8" w:rsidRDefault="00000000" w:rsidP="009C1D79">
      <w:pPr>
        <w:spacing w:after="0" w:line="360" w:lineRule="auto"/>
        <w:jc w:val="right"/>
      </w:pPr>
      <w:r>
        <w:t xml:space="preserve">Datums, </w:t>
      </w:r>
      <w:proofErr w:type="spellStart"/>
      <w:r>
        <w:t>kad</w:t>
      </w:r>
      <w:proofErr w:type="spellEnd"/>
      <w:r>
        <w:t xml:space="preserve"> tika </w:t>
      </w:r>
      <w:proofErr w:type="spellStart"/>
      <w:r>
        <w:t>informēti</w:t>
      </w:r>
      <w:proofErr w:type="spellEnd"/>
      <w:r>
        <w:t xml:space="preserve"> </w:t>
      </w:r>
      <w:proofErr w:type="spellStart"/>
      <w:r>
        <w:t>vecāki</w:t>
      </w:r>
      <w:proofErr w:type="spellEnd"/>
      <w:r>
        <w:t xml:space="preserve"> _______________________________</w:t>
      </w:r>
      <w:r w:rsidR="009C1D79">
        <w:t xml:space="preserve">  </w:t>
      </w:r>
    </w:p>
    <w:sectPr w:rsidR="005960E8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001089">
    <w:abstractNumId w:val="8"/>
  </w:num>
  <w:num w:numId="2" w16cid:durableId="1003358616">
    <w:abstractNumId w:val="6"/>
  </w:num>
  <w:num w:numId="3" w16cid:durableId="844171447">
    <w:abstractNumId w:val="5"/>
  </w:num>
  <w:num w:numId="4" w16cid:durableId="1608080257">
    <w:abstractNumId w:val="4"/>
  </w:num>
  <w:num w:numId="5" w16cid:durableId="664675562">
    <w:abstractNumId w:val="7"/>
  </w:num>
  <w:num w:numId="6" w16cid:durableId="1861622817">
    <w:abstractNumId w:val="3"/>
  </w:num>
  <w:num w:numId="7" w16cid:durableId="1362441748">
    <w:abstractNumId w:val="2"/>
  </w:num>
  <w:num w:numId="8" w16cid:durableId="676690385">
    <w:abstractNumId w:val="1"/>
  </w:num>
  <w:num w:numId="9" w16cid:durableId="571045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459C"/>
    <w:rsid w:val="0029639D"/>
    <w:rsid w:val="00326F90"/>
    <w:rsid w:val="00342D9B"/>
    <w:rsid w:val="00532294"/>
    <w:rsid w:val="005960E8"/>
    <w:rsid w:val="005F13E8"/>
    <w:rsid w:val="008B402B"/>
    <w:rsid w:val="009C1D79"/>
    <w:rsid w:val="00AA1D8D"/>
    <w:rsid w:val="00B47730"/>
    <w:rsid w:val="00B71A26"/>
    <w:rsid w:val="00C4000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36145"/>
  <w14:defaultImageDpi w14:val="300"/>
  <w15:docId w15:val="{1C072729-E8F5-47C4-9987-7C8CA088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Ineta Ružāne</cp:lastModifiedBy>
  <cp:revision>7</cp:revision>
  <dcterms:created xsi:type="dcterms:W3CDTF">2013-12-23T23:15:00Z</dcterms:created>
  <dcterms:modified xsi:type="dcterms:W3CDTF">2026-08-19T14:02:00Z</dcterms:modified>
  <cp:category/>
</cp:coreProperties>
</file>