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E8884" w14:textId="6A528EBF" w:rsidR="00606008" w:rsidRDefault="00606008" w:rsidP="00606008">
      <w:pPr>
        <w:spacing w:after="0" w:line="240" w:lineRule="auto"/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F510569" wp14:editId="024957DA">
            <wp:simplePos x="0" y="0"/>
            <wp:positionH relativeFrom="column">
              <wp:posOffset>1270</wp:posOffset>
            </wp:positionH>
            <wp:positionV relativeFrom="paragraph">
              <wp:posOffset>-6350</wp:posOffset>
            </wp:positionV>
            <wp:extent cx="2004060" cy="1165225"/>
            <wp:effectExtent l="0" t="0" r="0" b="0"/>
            <wp:wrapSquare wrapText="bothSides"/>
            <wp:docPr id="1920451746" name="Attēls 1" descr="Salaspils 1. vidussk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laspils 1. vidussko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b/>
          <w:i/>
          <w:sz w:val="22"/>
        </w:rPr>
        <w:t>Pielikums</w:t>
      </w:r>
      <w:proofErr w:type="spellEnd"/>
      <w:r>
        <w:rPr>
          <w:b/>
          <w:i/>
          <w:sz w:val="22"/>
        </w:rPr>
        <w:t xml:space="preserve"> Nr. </w:t>
      </w:r>
      <w:r>
        <w:rPr>
          <w:b/>
          <w:i/>
          <w:sz w:val="22"/>
        </w:rPr>
        <w:t>1</w:t>
      </w:r>
      <w:r>
        <w:rPr>
          <w:b/>
          <w:i/>
          <w:sz w:val="22"/>
        </w:rPr>
        <w:br/>
      </w:r>
      <w:proofErr w:type="spellStart"/>
      <w:r>
        <w:rPr>
          <w:b/>
          <w:i/>
          <w:sz w:val="22"/>
        </w:rPr>
        <w:t>Iekšējās</w:t>
      </w:r>
      <w:proofErr w:type="spellEnd"/>
      <w:r>
        <w:rPr>
          <w:b/>
          <w:i/>
          <w:sz w:val="22"/>
        </w:rPr>
        <w:t xml:space="preserve"> </w:t>
      </w:r>
      <w:proofErr w:type="spellStart"/>
      <w:r>
        <w:rPr>
          <w:b/>
          <w:i/>
          <w:sz w:val="22"/>
        </w:rPr>
        <w:t>kārtības</w:t>
      </w:r>
      <w:proofErr w:type="spellEnd"/>
      <w:r>
        <w:rPr>
          <w:b/>
          <w:i/>
          <w:sz w:val="22"/>
        </w:rPr>
        <w:t xml:space="preserve"> </w:t>
      </w:r>
      <w:proofErr w:type="spellStart"/>
      <w:r>
        <w:rPr>
          <w:b/>
          <w:i/>
          <w:sz w:val="22"/>
        </w:rPr>
        <w:t>noteikumiem</w:t>
      </w:r>
      <w:proofErr w:type="spellEnd"/>
      <w:r>
        <w:rPr>
          <w:b/>
          <w:i/>
          <w:sz w:val="22"/>
        </w:rPr>
        <w:br/>
      </w:r>
      <w:proofErr w:type="spellStart"/>
      <w:r>
        <w:rPr>
          <w:b/>
          <w:i/>
          <w:sz w:val="22"/>
        </w:rPr>
        <w:t>Salaspils</w:t>
      </w:r>
      <w:proofErr w:type="spellEnd"/>
      <w:r>
        <w:rPr>
          <w:b/>
          <w:i/>
          <w:sz w:val="22"/>
        </w:rPr>
        <w:t xml:space="preserve"> 1. </w:t>
      </w:r>
      <w:proofErr w:type="spellStart"/>
      <w:r>
        <w:rPr>
          <w:b/>
          <w:i/>
          <w:sz w:val="22"/>
        </w:rPr>
        <w:t>vidusskolā</w:t>
      </w:r>
      <w:proofErr w:type="spellEnd"/>
    </w:p>
    <w:p w14:paraId="69C7F2A3" w14:textId="77777777" w:rsidR="00606008" w:rsidRDefault="00606008" w:rsidP="00606008"/>
    <w:p w14:paraId="36B44A61" w14:textId="77777777" w:rsidR="00606008" w:rsidRDefault="00606008" w:rsidP="00606008">
      <w:pPr>
        <w:spacing w:after="0" w:line="360" w:lineRule="auto"/>
        <w:jc w:val="right"/>
      </w:pPr>
      <w:proofErr w:type="spellStart"/>
      <w:r>
        <w:t>Salaspils</w:t>
      </w:r>
      <w:proofErr w:type="spellEnd"/>
      <w:r>
        <w:t xml:space="preserve"> 1. </w:t>
      </w:r>
      <w:proofErr w:type="spellStart"/>
      <w:r>
        <w:t>vidusskolas</w:t>
      </w:r>
      <w:proofErr w:type="spellEnd"/>
      <w:r>
        <w:br/>
      </w:r>
      <w:proofErr w:type="spellStart"/>
      <w:r>
        <w:t>direktores</w:t>
      </w:r>
      <w:proofErr w:type="spellEnd"/>
      <w:r>
        <w:t xml:space="preserve"> </w:t>
      </w:r>
      <w:proofErr w:type="spellStart"/>
      <w:r>
        <w:t>p.i.</w:t>
      </w:r>
      <w:proofErr w:type="spellEnd"/>
      <w:r>
        <w:t xml:space="preserve"> </w:t>
      </w:r>
      <w:r w:rsidRPr="009C1D79">
        <w:t>Dana</w:t>
      </w:r>
      <w:r>
        <w:t>i</w:t>
      </w:r>
      <w:r w:rsidRPr="009C1D79">
        <w:t xml:space="preserve"> </w:t>
      </w:r>
      <w:proofErr w:type="spellStart"/>
      <w:r w:rsidRPr="009C1D79">
        <w:t>Tuče</w:t>
      </w:r>
      <w:r>
        <w:t>i</w:t>
      </w:r>
      <w:r w:rsidRPr="009C1D79">
        <w:t>-Novika</w:t>
      </w:r>
      <w:r>
        <w:t>i</w:t>
      </w:r>
      <w:proofErr w:type="spellEnd"/>
      <w:r>
        <w:br/>
        <w:t xml:space="preserve">_____ </w:t>
      </w:r>
      <w:proofErr w:type="spellStart"/>
      <w:r>
        <w:t>klases</w:t>
      </w:r>
      <w:proofErr w:type="spellEnd"/>
      <w:r>
        <w:t xml:space="preserve"> </w:t>
      </w:r>
      <w:proofErr w:type="spellStart"/>
      <w:r>
        <w:t>skolnie</w:t>
      </w:r>
      <w:proofErr w:type="spellEnd"/>
      <w:r>
        <w:t>_____</w:t>
      </w:r>
    </w:p>
    <w:p w14:paraId="3D964C0C" w14:textId="77777777" w:rsidR="00606008" w:rsidRDefault="00606008" w:rsidP="00606008">
      <w:pPr>
        <w:spacing w:after="0" w:line="360" w:lineRule="auto"/>
        <w:jc w:val="right"/>
      </w:pPr>
      <w:r>
        <w:t>________________________________________</w:t>
      </w:r>
    </w:p>
    <w:p w14:paraId="49F035E9" w14:textId="77777777" w:rsidR="00606008" w:rsidRDefault="00606008" w:rsidP="00606008">
      <w:pPr>
        <w:spacing w:after="0" w:line="360" w:lineRule="auto"/>
        <w:jc w:val="right"/>
      </w:pPr>
      <w:r>
        <w:rPr>
          <w:i/>
        </w:rPr>
        <w:t>(</w:t>
      </w:r>
      <w:proofErr w:type="spellStart"/>
      <w:r>
        <w:rPr>
          <w:i/>
        </w:rPr>
        <w:t>izglītojamā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vārds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uzvārds</w:t>
      </w:r>
      <w:proofErr w:type="spellEnd"/>
      <w:r>
        <w:rPr>
          <w:i/>
        </w:rPr>
        <w:t>)</w:t>
      </w:r>
    </w:p>
    <w:p w14:paraId="396D903D" w14:textId="7C3B2267" w:rsidR="003233F3" w:rsidRDefault="00000000">
      <w:pPr>
        <w:spacing w:after="60" w:line="240" w:lineRule="auto"/>
        <w:jc w:val="center"/>
      </w:pPr>
      <w:proofErr w:type="spellStart"/>
      <w:r>
        <w:rPr>
          <w:b/>
        </w:rPr>
        <w:t>iesniegums</w:t>
      </w:r>
      <w:proofErr w:type="spellEnd"/>
    </w:p>
    <w:p w14:paraId="3F213793" w14:textId="77777777" w:rsidR="00606008" w:rsidRDefault="00606008">
      <w:pPr>
        <w:spacing w:after="40" w:line="240" w:lineRule="auto"/>
      </w:pPr>
    </w:p>
    <w:p w14:paraId="3B434ADA" w14:textId="4F364498" w:rsidR="003233F3" w:rsidRDefault="00000000" w:rsidP="00606008">
      <w:pPr>
        <w:spacing w:after="120" w:line="360" w:lineRule="auto"/>
      </w:pPr>
      <w:proofErr w:type="spellStart"/>
      <w:r>
        <w:t>Lūdzu</w:t>
      </w:r>
      <w:proofErr w:type="spellEnd"/>
      <w:r>
        <w:t xml:space="preserve"> </w:t>
      </w:r>
      <w:proofErr w:type="spellStart"/>
      <w:r>
        <w:t>atļauju</w:t>
      </w:r>
      <w:proofErr w:type="spellEnd"/>
      <w:r>
        <w:t xml:space="preserve"> </w:t>
      </w:r>
      <w:proofErr w:type="spellStart"/>
      <w:r>
        <w:t>manam</w:t>
      </w:r>
      <w:proofErr w:type="spellEnd"/>
      <w:r>
        <w:t xml:space="preserve"> (-ai) </w:t>
      </w:r>
      <w:proofErr w:type="spellStart"/>
      <w:r>
        <w:t>dēlam</w:t>
      </w:r>
      <w:proofErr w:type="spellEnd"/>
      <w:r>
        <w:t>/</w:t>
      </w:r>
      <w:proofErr w:type="spellStart"/>
      <w:r>
        <w:t>meitai</w:t>
      </w:r>
      <w:proofErr w:type="spellEnd"/>
      <w:r w:rsidR="00606008">
        <w:t xml:space="preserve"> </w:t>
      </w:r>
      <w:r w:rsidR="00606008">
        <w:t>_______________________________________</w:t>
      </w:r>
      <w:r w:rsidR="00606008">
        <w:t>_</w:t>
      </w:r>
      <w:r w:rsidR="00606008">
        <w:t>_______________</w:t>
      </w:r>
    </w:p>
    <w:p w14:paraId="420698AB" w14:textId="6BDA2C93" w:rsidR="00606008" w:rsidRDefault="00000000" w:rsidP="00606008">
      <w:pPr>
        <w:spacing w:after="120" w:line="360" w:lineRule="auto"/>
      </w:pPr>
      <w:proofErr w:type="spellStart"/>
      <w:r>
        <w:t>izbraukt</w:t>
      </w:r>
      <w:proofErr w:type="spellEnd"/>
      <w:r>
        <w:t xml:space="preserve"> (</w:t>
      </w:r>
      <w:proofErr w:type="spellStart"/>
      <w:r>
        <w:t>uz</w:t>
      </w:r>
      <w:proofErr w:type="spellEnd"/>
      <w:r>
        <w:t xml:space="preserve"> </w:t>
      </w:r>
      <w:proofErr w:type="spellStart"/>
      <w:proofErr w:type="gramStart"/>
      <w:r>
        <w:t>kurieni</w:t>
      </w:r>
      <w:proofErr w:type="spellEnd"/>
      <w:r w:rsidR="00606008">
        <w:t>)_</w:t>
      </w:r>
      <w:proofErr w:type="gramEnd"/>
      <w:r w:rsidR="00606008">
        <w:t>_________________________</w:t>
      </w:r>
      <w:proofErr w:type="gramStart"/>
      <w:r w:rsidR="00606008">
        <w:t>_(</w:t>
      </w:r>
      <w:proofErr w:type="spellStart"/>
      <w:proofErr w:type="gramEnd"/>
      <w:r>
        <w:t>izbraukuma</w:t>
      </w:r>
      <w:proofErr w:type="spellEnd"/>
      <w:r>
        <w:t xml:space="preserve"> </w:t>
      </w:r>
      <w:proofErr w:type="spellStart"/>
      <w:r>
        <w:t>mērķis</w:t>
      </w:r>
      <w:proofErr w:type="spellEnd"/>
      <w:r>
        <w:t>) _</w:t>
      </w:r>
      <w:r w:rsidR="00606008">
        <w:t>______________________</w:t>
      </w:r>
      <w:r>
        <w:t>____</w:t>
      </w:r>
    </w:p>
    <w:p w14:paraId="497EE223" w14:textId="3FD34CC2" w:rsidR="00606008" w:rsidRDefault="00606008" w:rsidP="00606008">
      <w:pPr>
        <w:spacing w:after="120" w:line="360" w:lineRule="auto"/>
      </w:pPr>
      <w:r>
        <w:t>____________________________________________________</w:t>
      </w:r>
      <w:r>
        <w:t>_____________________________</w:t>
      </w:r>
      <w:r>
        <w:t>_______</w:t>
      </w:r>
    </w:p>
    <w:p w14:paraId="4045A733" w14:textId="001AA28C" w:rsidR="003233F3" w:rsidRDefault="00000000">
      <w:pPr>
        <w:spacing w:after="60" w:line="240" w:lineRule="auto"/>
      </w:pPr>
      <w:r>
        <w:t>no 20_____. gada ___________</w:t>
      </w:r>
      <w:r w:rsidR="00606008">
        <w:t>______</w:t>
      </w:r>
      <w:r>
        <w:t xml:space="preserve">_________ </w:t>
      </w:r>
      <w:proofErr w:type="spellStart"/>
      <w:r>
        <w:t>līdz</w:t>
      </w:r>
      <w:proofErr w:type="spellEnd"/>
      <w:r>
        <w:t xml:space="preserve"> 20_____. </w:t>
      </w:r>
      <w:r w:rsidR="00606008">
        <w:t xml:space="preserve">gada </w:t>
      </w:r>
      <w:r>
        <w:t>_</w:t>
      </w:r>
      <w:r w:rsidR="00606008">
        <w:t>_______</w:t>
      </w:r>
      <w:r>
        <w:t>__________</w:t>
      </w:r>
      <w:r w:rsidR="00606008">
        <w:t>_______</w:t>
      </w:r>
      <w:r>
        <w:t>______</w:t>
      </w:r>
    </w:p>
    <w:p w14:paraId="03A32E7D" w14:textId="77777777" w:rsidR="00606008" w:rsidRDefault="00606008">
      <w:pPr>
        <w:spacing w:after="60" w:line="240" w:lineRule="auto"/>
      </w:pPr>
    </w:p>
    <w:p w14:paraId="4B2C30EF" w14:textId="77777777" w:rsidR="003233F3" w:rsidRDefault="00000000">
      <w:pPr>
        <w:spacing w:after="60" w:line="240" w:lineRule="auto"/>
      </w:pPr>
      <w:r>
        <w:t xml:space="preserve">Saskaņojums </w:t>
      </w:r>
      <w:proofErr w:type="spellStart"/>
      <w:r>
        <w:t>ar</w:t>
      </w:r>
      <w:proofErr w:type="spellEnd"/>
      <w:r>
        <w:t xml:space="preserve"> </w:t>
      </w:r>
      <w:proofErr w:type="spellStart"/>
      <w:r>
        <w:t>mācību</w:t>
      </w:r>
      <w:proofErr w:type="spellEnd"/>
      <w:r>
        <w:t xml:space="preserve"> </w:t>
      </w:r>
      <w:proofErr w:type="spellStart"/>
      <w:r>
        <w:t>priekšmetu</w:t>
      </w:r>
      <w:proofErr w:type="spellEnd"/>
      <w:r>
        <w:t xml:space="preserve"> </w:t>
      </w:r>
      <w:proofErr w:type="spellStart"/>
      <w:r>
        <w:t>skolotājiem</w:t>
      </w:r>
      <w:proofErr w:type="spellEnd"/>
      <w:r>
        <w:t>:</w:t>
      </w:r>
    </w:p>
    <w:p w14:paraId="5316CDC8" w14:textId="77777777" w:rsidR="00076392" w:rsidRDefault="00076392">
      <w:pPr>
        <w:spacing w:after="60" w:line="240" w:lineRule="auto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163"/>
        <w:gridCol w:w="4452"/>
      </w:tblGrid>
      <w:tr w:rsidR="003233F3" w14:paraId="1BF11F11" w14:textId="77777777" w:rsidTr="00076392">
        <w:trPr>
          <w:trHeight w:hRule="exact" w:val="415"/>
        </w:trPr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E1FC1" w14:textId="77777777" w:rsidR="003233F3" w:rsidRDefault="00000000">
            <w:pPr>
              <w:jc w:val="center"/>
            </w:pPr>
            <w:r>
              <w:rPr>
                <w:b/>
                <w:sz w:val="22"/>
              </w:rPr>
              <w:t>Mācību priekšmets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534A3" w14:textId="77777777" w:rsidR="003233F3" w:rsidRDefault="00000000">
            <w:pPr>
              <w:jc w:val="center"/>
            </w:pPr>
            <w:r>
              <w:rPr>
                <w:b/>
                <w:sz w:val="22"/>
              </w:rPr>
              <w:t>Skolotāja paraksts</w:t>
            </w:r>
          </w:p>
        </w:tc>
      </w:tr>
      <w:tr w:rsidR="003233F3" w14:paraId="605DE26E" w14:textId="77777777" w:rsidTr="00076392">
        <w:trPr>
          <w:trHeight w:hRule="exact" w:val="415"/>
        </w:trPr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CB29EC" w14:textId="244B564A" w:rsidR="003233F3" w:rsidRDefault="003233F3"/>
          <w:p w14:paraId="44ED747A" w14:textId="77777777" w:rsidR="00606008" w:rsidRDefault="00606008"/>
          <w:p w14:paraId="46C090A8" w14:textId="77777777" w:rsidR="00606008" w:rsidRDefault="00606008"/>
          <w:p w14:paraId="189E994F" w14:textId="176C2758" w:rsidR="00606008" w:rsidRDefault="00606008">
            <w:r>
              <w:t>k</w:t>
            </w:r>
          </w:p>
          <w:p w14:paraId="0C419E74" w14:textId="77777777" w:rsidR="00606008" w:rsidRDefault="00606008"/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8825C" w14:textId="77777777" w:rsidR="003233F3" w:rsidRDefault="003233F3"/>
        </w:tc>
      </w:tr>
      <w:tr w:rsidR="003233F3" w14:paraId="72A983E6" w14:textId="77777777" w:rsidTr="00076392">
        <w:trPr>
          <w:trHeight w:hRule="exact" w:val="415"/>
        </w:trPr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47C17" w14:textId="77777777" w:rsidR="003233F3" w:rsidRDefault="003233F3"/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947EF" w14:textId="77777777" w:rsidR="003233F3" w:rsidRDefault="003233F3"/>
        </w:tc>
      </w:tr>
      <w:tr w:rsidR="003233F3" w14:paraId="5D2ADE85" w14:textId="77777777" w:rsidTr="00076392">
        <w:trPr>
          <w:trHeight w:hRule="exact" w:val="415"/>
        </w:trPr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5F3DB" w14:textId="77777777" w:rsidR="003233F3" w:rsidRDefault="003233F3"/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D90893" w14:textId="77777777" w:rsidR="003233F3" w:rsidRDefault="003233F3"/>
        </w:tc>
      </w:tr>
      <w:tr w:rsidR="003233F3" w14:paraId="7244FD49" w14:textId="77777777" w:rsidTr="00076392">
        <w:trPr>
          <w:trHeight w:hRule="exact" w:val="415"/>
        </w:trPr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77C8A" w14:textId="77777777" w:rsidR="003233F3" w:rsidRDefault="003233F3"/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61AD5F" w14:textId="77777777" w:rsidR="003233F3" w:rsidRDefault="003233F3"/>
        </w:tc>
      </w:tr>
      <w:tr w:rsidR="003233F3" w14:paraId="51247E12" w14:textId="77777777" w:rsidTr="00076392">
        <w:trPr>
          <w:trHeight w:hRule="exact" w:val="415"/>
        </w:trPr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5C950" w14:textId="77777777" w:rsidR="003233F3" w:rsidRDefault="003233F3"/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F8DC33" w14:textId="77777777" w:rsidR="003233F3" w:rsidRDefault="003233F3"/>
        </w:tc>
      </w:tr>
      <w:tr w:rsidR="003233F3" w14:paraId="55DD24C4" w14:textId="77777777" w:rsidTr="00076392">
        <w:trPr>
          <w:trHeight w:hRule="exact" w:val="415"/>
        </w:trPr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567D0" w14:textId="77777777" w:rsidR="003233F3" w:rsidRDefault="003233F3"/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C3FEC" w14:textId="77777777" w:rsidR="003233F3" w:rsidRDefault="003233F3"/>
        </w:tc>
      </w:tr>
      <w:tr w:rsidR="003233F3" w14:paraId="7CD7B9D1" w14:textId="77777777" w:rsidTr="00076392">
        <w:trPr>
          <w:trHeight w:hRule="exact" w:val="415"/>
        </w:trPr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D8475A" w14:textId="77777777" w:rsidR="003233F3" w:rsidRDefault="003233F3"/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5FA7F" w14:textId="77777777" w:rsidR="003233F3" w:rsidRDefault="003233F3"/>
        </w:tc>
      </w:tr>
      <w:tr w:rsidR="003233F3" w14:paraId="5B4D7F5F" w14:textId="77777777" w:rsidTr="00076392">
        <w:trPr>
          <w:trHeight w:hRule="exact" w:val="415"/>
        </w:trPr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08567" w14:textId="77777777" w:rsidR="003233F3" w:rsidRDefault="003233F3"/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AB1A2" w14:textId="77777777" w:rsidR="003233F3" w:rsidRDefault="003233F3"/>
        </w:tc>
      </w:tr>
      <w:tr w:rsidR="003233F3" w14:paraId="5B9F97E9" w14:textId="77777777" w:rsidTr="00076392">
        <w:trPr>
          <w:trHeight w:hRule="exact" w:val="415"/>
        </w:trPr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C5274" w14:textId="77777777" w:rsidR="003233F3" w:rsidRDefault="003233F3"/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3F80C" w14:textId="77777777" w:rsidR="003233F3" w:rsidRDefault="003233F3"/>
        </w:tc>
      </w:tr>
      <w:tr w:rsidR="003233F3" w14:paraId="7F98B2FB" w14:textId="77777777" w:rsidTr="00076392">
        <w:trPr>
          <w:trHeight w:hRule="exact" w:val="415"/>
        </w:trPr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39E4A" w14:textId="77777777" w:rsidR="003233F3" w:rsidRDefault="003233F3"/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C2BC9" w14:textId="77777777" w:rsidR="003233F3" w:rsidRDefault="003233F3"/>
        </w:tc>
      </w:tr>
    </w:tbl>
    <w:p w14:paraId="135BDAC9" w14:textId="77777777" w:rsidR="00606008" w:rsidRDefault="00606008">
      <w:pPr>
        <w:spacing w:after="60" w:line="240" w:lineRule="auto"/>
        <w:rPr>
          <w:b/>
        </w:rPr>
      </w:pPr>
    </w:p>
    <w:p w14:paraId="201735DB" w14:textId="2C0212DE" w:rsidR="003233F3" w:rsidRDefault="00000000">
      <w:pPr>
        <w:spacing w:after="60" w:line="240" w:lineRule="auto"/>
        <w:rPr>
          <w:b/>
        </w:rPr>
      </w:pPr>
      <w:proofErr w:type="spellStart"/>
      <w:r>
        <w:rPr>
          <w:b/>
        </w:rPr>
        <w:t>Izglītojamais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apņemas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sekot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mācību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tēmu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apguvei</w:t>
      </w:r>
      <w:proofErr w:type="spellEnd"/>
      <w:r>
        <w:rPr>
          <w:b/>
        </w:rPr>
        <w:t xml:space="preserve"> E-</w:t>
      </w:r>
      <w:proofErr w:type="spellStart"/>
      <w:r>
        <w:rPr>
          <w:b/>
        </w:rPr>
        <w:t>klasē</w:t>
      </w:r>
      <w:proofErr w:type="spellEnd"/>
      <w:r>
        <w:rPr>
          <w:b/>
        </w:rPr>
        <w:t>.</w:t>
      </w:r>
    </w:p>
    <w:p w14:paraId="3C4891A7" w14:textId="77777777" w:rsidR="00606008" w:rsidRDefault="00606008">
      <w:pPr>
        <w:spacing w:after="60" w:line="240" w:lineRule="auto"/>
      </w:pPr>
    </w:p>
    <w:p w14:paraId="3579D0FA" w14:textId="091E4956" w:rsidR="003233F3" w:rsidRDefault="00000000" w:rsidP="00606008">
      <w:pPr>
        <w:spacing w:after="120" w:line="360" w:lineRule="auto"/>
      </w:pPr>
      <w:proofErr w:type="spellStart"/>
      <w:r>
        <w:t>Klases</w:t>
      </w:r>
      <w:proofErr w:type="spellEnd"/>
      <w:r>
        <w:t xml:space="preserve"> </w:t>
      </w:r>
      <w:proofErr w:type="spellStart"/>
      <w:r>
        <w:t>audzinātājs</w:t>
      </w:r>
      <w:proofErr w:type="spellEnd"/>
      <w:r>
        <w:t xml:space="preserve">: </w:t>
      </w:r>
      <w:r w:rsidR="00606008">
        <w:t xml:space="preserve">____________________________ </w:t>
      </w:r>
      <w:r>
        <w:t>(</w:t>
      </w:r>
      <w:proofErr w:type="spellStart"/>
      <w:r>
        <w:t>vārds</w:t>
      </w:r>
      <w:proofErr w:type="spellEnd"/>
      <w:r>
        <w:t xml:space="preserve">, </w:t>
      </w:r>
      <w:proofErr w:type="spellStart"/>
      <w:r>
        <w:t>uzvārds</w:t>
      </w:r>
      <w:proofErr w:type="spellEnd"/>
      <w:r>
        <w:t>) ______________________ (</w:t>
      </w:r>
      <w:proofErr w:type="spellStart"/>
      <w:r>
        <w:t>paraksts</w:t>
      </w:r>
      <w:proofErr w:type="spellEnd"/>
      <w:r>
        <w:t>)</w:t>
      </w:r>
    </w:p>
    <w:p w14:paraId="1D52C610" w14:textId="55DD74DB" w:rsidR="003233F3" w:rsidRDefault="00000000" w:rsidP="00606008">
      <w:pPr>
        <w:spacing w:after="120" w:line="360" w:lineRule="auto"/>
      </w:pPr>
      <w:proofErr w:type="spellStart"/>
      <w:r>
        <w:t>Likumiskais</w:t>
      </w:r>
      <w:proofErr w:type="spellEnd"/>
      <w:r>
        <w:t xml:space="preserve"> </w:t>
      </w:r>
      <w:proofErr w:type="spellStart"/>
      <w:r>
        <w:t>pārstāvis</w:t>
      </w:r>
      <w:proofErr w:type="spellEnd"/>
      <w:r>
        <w:t>: _____________________________ (</w:t>
      </w:r>
      <w:proofErr w:type="spellStart"/>
      <w:r>
        <w:t>vārds</w:t>
      </w:r>
      <w:proofErr w:type="spellEnd"/>
      <w:r>
        <w:t xml:space="preserve">, </w:t>
      </w:r>
      <w:proofErr w:type="spellStart"/>
      <w:r>
        <w:t>uzvārds</w:t>
      </w:r>
      <w:proofErr w:type="spellEnd"/>
      <w:r>
        <w:t>) __________________ (paraksts)</w:t>
      </w:r>
    </w:p>
    <w:p w14:paraId="0B8512FB" w14:textId="51E3CDD7" w:rsidR="003233F3" w:rsidRDefault="00000000" w:rsidP="00606008">
      <w:pPr>
        <w:spacing w:after="120" w:line="360" w:lineRule="auto"/>
      </w:pPr>
      <w:proofErr w:type="spellStart"/>
      <w:r>
        <w:t>Izglītojamais</w:t>
      </w:r>
      <w:proofErr w:type="spellEnd"/>
      <w:r>
        <w:t>: ____________________________________ (</w:t>
      </w:r>
      <w:proofErr w:type="spellStart"/>
      <w:r>
        <w:t>vārds</w:t>
      </w:r>
      <w:proofErr w:type="spellEnd"/>
      <w:r>
        <w:t xml:space="preserve">, </w:t>
      </w:r>
      <w:proofErr w:type="spellStart"/>
      <w:r>
        <w:t>uzvārds</w:t>
      </w:r>
      <w:proofErr w:type="spellEnd"/>
      <w:r>
        <w:t>) __________________ (paraksts)</w:t>
      </w:r>
    </w:p>
    <w:p w14:paraId="0B35DF62" w14:textId="7A195358" w:rsidR="003233F3" w:rsidRDefault="00000000" w:rsidP="00606008">
      <w:pPr>
        <w:spacing w:after="120" w:line="360" w:lineRule="auto"/>
      </w:pPr>
      <w:r>
        <w:t>Datums:</w:t>
      </w:r>
      <w:r w:rsidR="00076392">
        <w:t xml:space="preserve"> </w:t>
      </w:r>
      <w:r w:rsidR="00606008">
        <w:t>_______</w:t>
      </w:r>
      <w:r w:rsidR="00076392">
        <w:t>_________</w:t>
      </w:r>
      <w:r w:rsidR="00606008">
        <w:t>_____</w:t>
      </w:r>
    </w:p>
    <w:sectPr w:rsidR="003233F3" w:rsidSect="00034616">
      <w:pgSz w:w="12240" w:h="15840"/>
      <w:pgMar w:top="680" w:right="1020" w:bottom="68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arakstanumur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arakstanumur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arakstaaizzm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arakstaaizzm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3969610">
    <w:abstractNumId w:val="8"/>
  </w:num>
  <w:num w:numId="2" w16cid:durableId="594825763">
    <w:abstractNumId w:val="6"/>
  </w:num>
  <w:num w:numId="3" w16cid:durableId="576398974">
    <w:abstractNumId w:val="5"/>
  </w:num>
  <w:num w:numId="4" w16cid:durableId="784497662">
    <w:abstractNumId w:val="4"/>
  </w:num>
  <w:num w:numId="5" w16cid:durableId="1130980953">
    <w:abstractNumId w:val="7"/>
  </w:num>
  <w:num w:numId="6" w16cid:durableId="283583866">
    <w:abstractNumId w:val="3"/>
  </w:num>
  <w:num w:numId="7" w16cid:durableId="2105033233">
    <w:abstractNumId w:val="2"/>
  </w:num>
  <w:num w:numId="8" w16cid:durableId="2123719128">
    <w:abstractNumId w:val="1"/>
  </w:num>
  <w:num w:numId="9" w16cid:durableId="738016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6392"/>
    <w:rsid w:val="0015074B"/>
    <w:rsid w:val="001E459C"/>
    <w:rsid w:val="0029639D"/>
    <w:rsid w:val="003233F3"/>
    <w:rsid w:val="00326F90"/>
    <w:rsid w:val="0060600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7AD1FF"/>
  <w14:defaultImageDpi w14:val="300"/>
  <w15:docId w15:val="{FC4EF589-D464-404E-8CC6-754620A9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C693F"/>
    <w:rPr>
      <w:rFonts w:ascii="Times New Roman" w:hAnsi="Times New Roman"/>
      <w:sz w:val="23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618BF"/>
  </w:style>
  <w:style w:type="paragraph" w:styleId="Kjene">
    <w:name w:val="footer"/>
    <w:basedOn w:val="Parasts"/>
    <w:link w:val="Kj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618BF"/>
  </w:style>
  <w:style w:type="paragraph" w:styleId="Bezatstarpm">
    <w:name w:val="No Spacing"/>
    <w:uiPriority w:val="1"/>
    <w:qFormat/>
    <w:rsid w:val="00FC693F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FC693F"/>
    <w:pPr>
      <w:ind w:left="720"/>
      <w:contextualSpacing/>
    </w:pPr>
  </w:style>
  <w:style w:type="paragraph" w:styleId="Pamatteksts">
    <w:name w:val="Body Text"/>
    <w:basedOn w:val="Parasts"/>
    <w:link w:val="PamattekstsRakstz"/>
    <w:uiPriority w:val="99"/>
    <w:unhideWhenUsed/>
    <w:rsid w:val="00AA1D8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AA1D8D"/>
  </w:style>
  <w:style w:type="paragraph" w:styleId="Pamatteksts2">
    <w:name w:val="Body Text 2"/>
    <w:basedOn w:val="Parasts"/>
    <w:link w:val="Pamatteksts2Rakstz"/>
    <w:uiPriority w:val="99"/>
    <w:unhideWhenUsed/>
    <w:rsid w:val="00AA1D8D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AA1D8D"/>
  </w:style>
  <w:style w:type="paragraph" w:styleId="Pamatteksts3">
    <w:name w:val="Body Text 3"/>
    <w:basedOn w:val="Parasts"/>
    <w:link w:val="Pamatteksts3Rakstz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AA1D8D"/>
    <w:rPr>
      <w:sz w:val="16"/>
      <w:szCs w:val="16"/>
    </w:rPr>
  </w:style>
  <w:style w:type="paragraph" w:styleId="Saraksts">
    <w:name w:val="List"/>
    <w:basedOn w:val="Parasts"/>
    <w:uiPriority w:val="99"/>
    <w:unhideWhenUsed/>
    <w:rsid w:val="00AA1D8D"/>
    <w:pPr>
      <w:ind w:left="360" w:hanging="360"/>
      <w:contextualSpacing/>
    </w:pPr>
  </w:style>
  <w:style w:type="paragraph" w:styleId="Saraksts2">
    <w:name w:val="List 2"/>
    <w:basedOn w:val="Parasts"/>
    <w:uiPriority w:val="99"/>
    <w:unhideWhenUsed/>
    <w:rsid w:val="00326F90"/>
    <w:pPr>
      <w:ind w:left="720" w:hanging="360"/>
      <w:contextualSpacing/>
    </w:pPr>
  </w:style>
  <w:style w:type="paragraph" w:styleId="Saraksts3">
    <w:name w:val="List 3"/>
    <w:basedOn w:val="Parasts"/>
    <w:uiPriority w:val="99"/>
    <w:unhideWhenUsed/>
    <w:rsid w:val="00326F90"/>
    <w:pPr>
      <w:ind w:left="1080" w:hanging="360"/>
      <w:contextualSpacing/>
    </w:pPr>
  </w:style>
  <w:style w:type="paragraph" w:styleId="Sarakstaaizzme">
    <w:name w:val="List Bullet"/>
    <w:basedOn w:val="Parasts"/>
    <w:uiPriority w:val="99"/>
    <w:unhideWhenUsed/>
    <w:rsid w:val="00326F90"/>
    <w:pPr>
      <w:numPr>
        <w:numId w:val="1"/>
      </w:numPr>
      <w:contextualSpacing/>
    </w:pPr>
  </w:style>
  <w:style w:type="paragraph" w:styleId="Sarakstaaizzme2">
    <w:name w:val="List Bullet 2"/>
    <w:basedOn w:val="Parasts"/>
    <w:uiPriority w:val="99"/>
    <w:unhideWhenUsed/>
    <w:rsid w:val="00326F90"/>
    <w:pPr>
      <w:numPr>
        <w:numId w:val="2"/>
      </w:numPr>
      <w:contextualSpacing/>
    </w:pPr>
  </w:style>
  <w:style w:type="paragraph" w:styleId="Sarakstaaizzme3">
    <w:name w:val="List Bullet 3"/>
    <w:basedOn w:val="Parasts"/>
    <w:uiPriority w:val="99"/>
    <w:unhideWhenUsed/>
    <w:rsid w:val="00326F90"/>
    <w:pPr>
      <w:numPr>
        <w:numId w:val="3"/>
      </w:numPr>
      <w:contextualSpacing/>
    </w:pPr>
  </w:style>
  <w:style w:type="paragraph" w:styleId="Sarakstanumurs">
    <w:name w:val="List Number"/>
    <w:basedOn w:val="Parasts"/>
    <w:uiPriority w:val="99"/>
    <w:unhideWhenUsed/>
    <w:rsid w:val="00326F90"/>
    <w:pPr>
      <w:numPr>
        <w:numId w:val="5"/>
      </w:numPr>
      <w:contextualSpacing/>
    </w:pPr>
  </w:style>
  <w:style w:type="paragraph" w:styleId="Sarakstanumurs2">
    <w:name w:val="List Number 2"/>
    <w:basedOn w:val="Parasts"/>
    <w:uiPriority w:val="99"/>
    <w:unhideWhenUsed/>
    <w:rsid w:val="0029639D"/>
    <w:pPr>
      <w:numPr>
        <w:numId w:val="6"/>
      </w:numPr>
      <w:contextualSpacing/>
    </w:pPr>
  </w:style>
  <w:style w:type="paragraph" w:styleId="Sarakstanumurs3">
    <w:name w:val="List Number 3"/>
    <w:basedOn w:val="Parasts"/>
    <w:uiPriority w:val="99"/>
    <w:unhideWhenUsed/>
    <w:rsid w:val="0029639D"/>
    <w:pPr>
      <w:numPr>
        <w:numId w:val="7"/>
      </w:numPr>
      <w:contextualSpacing/>
    </w:pPr>
  </w:style>
  <w:style w:type="paragraph" w:styleId="Sarakstaturpinjums">
    <w:name w:val="List Continue"/>
    <w:basedOn w:val="Parasts"/>
    <w:uiPriority w:val="99"/>
    <w:unhideWhenUsed/>
    <w:rsid w:val="0029639D"/>
    <w:pPr>
      <w:spacing w:after="120"/>
      <w:ind w:left="360"/>
      <w:contextualSpacing/>
    </w:pPr>
  </w:style>
  <w:style w:type="paragraph" w:styleId="Sarakstaturpinjums2">
    <w:name w:val="List Continue 2"/>
    <w:basedOn w:val="Parasts"/>
    <w:uiPriority w:val="99"/>
    <w:unhideWhenUsed/>
    <w:rsid w:val="0029639D"/>
    <w:pPr>
      <w:spacing w:after="120"/>
      <w:ind w:left="720"/>
      <w:contextualSpacing/>
    </w:pPr>
  </w:style>
  <w:style w:type="paragraph" w:styleId="Sarakstaturpinjums3">
    <w:name w:val="List Continue 3"/>
    <w:basedOn w:val="Parasts"/>
    <w:uiPriority w:val="99"/>
    <w:unhideWhenUsed/>
    <w:rsid w:val="0029639D"/>
    <w:pPr>
      <w:spacing w:after="120"/>
      <w:ind w:left="1080"/>
      <w:contextualSpacing/>
    </w:pPr>
  </w:style>
  <w:style w:type="paragraph" w:styleId="Makroteksts">
    <w:name w:val="macro"/>
    <w:link w:val="MakrotekstsRakstz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sRakstz">
    <w:name w:val="Makro teksts Rakstz."/>
    <w:basedOn w:val="Noklusjumarindkopasfonts"/>
    <w:link w:val="Makroteksts"/>
    <w:uiPriority w:val="99"/>
    <w:rsid w:val="0029639D"/>
    <w:rPr>
      <w:rFonts w:ascii="Courier" w:hAnsi="Courier"/>
      <w:sz w:val="20"/>
      <w:szCs w:val="20"/>
    </w:rPr>
  </w:style>
  <w:style w:type="paragraph" w:styleId="Citts">
    <w:name w:val="Quote"/>
    <w:basedOn w:val="Parasts"/>
    <w:next w:val="Parasts"/>
    <w:link w:val="CittsRakstz"/>
    <w:uiPriority w:val="29"/>
    <w:qFormat/>
    <w:rsid w:val="00FC693F"/>
    <w:rPr>
      <w:i/>
      <w:iCs/>
      <w:color w:val="000000" w:themeColor="text1"/>
    </w:rPr>
  </w:style>
  <w:style w:type="character" w:customStyle="1" w:styleId="CittsRakstz">
    <w:name w:val="Citāts Rakstz."/>
    <w:basedOn w:val="Noklusjumarindkopasfonts"/>
    <w:link w:val="Citts"/>
    <w:uiPriority w:val="29"/>
    <w:rsid w:val="00FC693F"/>
    <w:rPr>
      <w:i/>
      <w:iCs/>
      <w:color w:val="000000" w:themeColor="text1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Izteiksmgs">
    <w:name w:val="Strong"/>
    <w:basedOn w:val="Noklusjumarindkopasfonts"/>
    <w:uiPriority w:val="22"/>
    <w:qFormat/>
    <w:rsid w:val="00FC693F"/>
    <w:rPr>
      <w:b/>
      <w:bCs/>
    </w:rPr>
  </w:style>
  <w:style w:type="character" w:styleId="Izclums">
    <w:name w:val="Emphasis"/>
    <w:basedOn w:val="Noklusjumarindkopasfonts"/>
    <w:uiPriority w:val="20"/>
    <w:qFormat/>
    <w:rsid w:val="00FC693F"/>
    <w:rPr>
      <w:i/>
      <w:iCs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C693F"/>
    <w:rPr>
      <w:b/>
      <w:bCs/>
      <w:i/>
      <w:iCs/>
      <w:color w:val="4F81BD" w:themeColor="accent1"/>
    </w:rPr>
  </w:style>
  <w:style w:type="character" w:styleId="Izsmalcintsizclums">
    <w:name w:val="Subtle Emphasis"/>
    <w:basedOn w:val="Noklusjumarindkopasfonts"/>
    <w:uiPriority w:val="19"/>
    <w:qFormat/>
    <w:rsid w:val="00FC693F"/>
    <w:rPr>
      <w:i/>
      <w:iCs/>
      <w:color w:val="808080" w:themeColor="text1" w:themeTint="7F"/>
    </w:rPr>
  </w:style>
  <w:style w:type="character" w:styleId="Intensvsizclums">
    <w:name w:val="Intense Emphasis"/>
    <w:basedOn w:val="Noklusjumarindkopasfonts"/>
    <w:uiPriority w:val="21"/>
    <w:qFormat/>
    <w:rsid w:val="00FC693F"/>
    <w:rPr>
      <w:b/>
      <w:bCs/>
      <w:i/>
      <w:iCs/>
      <w:color w:val="4F81BD" w:themeColor="accent1"/>
    </w:rPr>
  </w:style>
  <w:style w:type="character" w:styleId="Izsmalcintaatsauce">
    <w:name w:val="Subtle Reference"/>
    <w:basedOn w:val="Noklusjumarindkopasfonts"/>
    <w:uiPriority w:val="31"/>
    <w:qFormat/>
    <w:rsid w:val="00FC693F"/>
    <w:rPr>
      <w:smallCaps/>
      <w:color w:val="C0504D" w:themeColor="accent2"/>
      <w:u w:val="single"/>
    </w:rPr>
  </w:style>
  <w:style w:type="character" w:styleId="Intensvaatsauce">
    <w:name w:val="Intense Reference"/>
    <w:basedOn w:val="Noklusjumarindkopasfont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Grmatasnosaukums">
    <w:name w:val="Book Title"/>
    <w:basedOn w:val="Noklusjumarindkopasfonts"/>
    <w:uiPriority w:val="33"/>
    <w:qFormat/>
    <w:rsid w:val="00FC693F"/>
    <w:rPr>
      <w:b/>
      <w:bCs/>
      <w:smallCaps/>
      <w:spacing w:val="5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FC693F"/>
    <w:pPr>
      <w:outlineLvl w:val="9"/>
    </w:pPr>
  </w:style>
  <w:style w:type="table" w:styleId="Reatabula">
    <w:name w:val="Table Grid"/>
    <w:basedOn w:val="Parastatabu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aisnojums">
    <w:name w:val="Light Shading"/>
    <w:basedOn w:val="Parastatabu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aisnojumsizclums1">
    <w:name w:val="Light Shading Accent 1"/>
    <w:basedOn w:val="Parastatabu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aisnojumsizclums2">
    <w:name w:val="Light Shading Accent 2"/>
    <w:basedOn w:val="Parastatabu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Gaisnojumsizclums3">
    <w:name w:val="Light Shading Accent 3"/>
    <w:basedOn w:val="Parastatabu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Gaisnojumsizclums4">
    <w:name w:val="Light Shading Accent 4"/>
    <w:basedOn w:val="Parastatabu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aisnojumsizclums5">
    <w:name w:val="Light Shading Accent 5"/>
    <w:basedOn w:val="Parastatabu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aisnojumsizclums6">
    <w:name w:val="Light Shading Accent 6"/>
    <w:basedOn w:val="Parastatabu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Gaissaraksts">
    <w:name w:val="Light List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aissarakstsizclums1">
    <w:name w:val="Light List Accent 1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aissarakstsizclums2">
    <w:name w:val="Light List Accent 2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Gaissarakstsizclums3">
    <w:name w:val="Light List Accent 3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Gaissarakstsizclums4">
    <w:name w:val="Light List Accent 4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Gaissarakstsizclums5">
    <w:name w:val="Light List Accent 5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Gaissarakstsizclums6">
    <w:name w:val="Light List Accent 6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aisreis">
    <w:name w:val="Light Grid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aisreisizclums1">
    <w:name w:val="Light Grid Accent 1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aisreisizclums2">
    <w:name w:val="Light Grid Accent 2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aisreisizclums3">
    <w:name w:val="Light Grid Accent 3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aisreisizclums4">
    <w:name w:val="Light Grid Accent 4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aisreisizclums5">
    <w:name w:val="Light Grid Accent 5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aisreisizclums6">
    <w:name w:val="Light Grid Accent 6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Vidjsnojums1">
    <w:name w:val="Medium Shading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1">
    <w:name w:val="Medium Shading 1 Accent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2">
    <w:name w:val="Medium Shading 1 Accent 2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3">
    <w:name w:val="Medium Shading 1 Accent 3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4">
    <w:name w:val="Medium Shading 1 Accent 4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5">
    <w:name w:val="Medium Shading 1 Accent 5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6">
    <w:name w:val="Medium Shading 1 Accent 6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2">
    <w:name w:val="Medium Shading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1">
    <w:name w:val="Medium Shading 2 Accent 1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2">
    <w:name w:val="Medium Shading 2 Accent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3">
    <w:name w:val="Medium Shading 2 Accent 3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4">
    <w:name w:val="Medium Shading 2 Accent 4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5">
    <w:name w:val="Medium Shading 2 Accent 5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6">
    <w:name w:val="Medium Shading 2 Accent 6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saraksts1">
    <w:name w:val="Medium Lis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djssaraksts1izclums1">
    <w:name w:val="Medium List 1 Accen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Vidjssaraksts1izclums2">
    <w:name w:val="Medium List 1 Accent 2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Vidjssaraksts1izclums3">
    <w:name w:val="Medium List 1 Accent 3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Vidjssaraksts1izclums4">
    <w:name w:val="Medium List 1 Accent 4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Vidjssaraksts1izclums5">
    <w:name w:val="Medium List 1 Accent 5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Vidjssaraksts1izclums6">
    <w:name w:val="Medium List 1 Accent 6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Vidjssaraksts2">
    <w:name w:val="Medium Lis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1">
    <w:name w:val="Medium List 2 Accent 1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2">
    <w:name w:val="Medium List 2 Accen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3">
    <w:name w:val="Medium List 2 Accent 3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4">
    <w:name w:val="Medium List 2 Accent 4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5">
    <w:name w:val="Medium List 2 Accent 5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6">
    <w:name w:val="Medium List 2 Accent 6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reis1">
    <w:name w:val="Medium Grid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idjsreis1izclums1">
    <w:name w:val="Medium Grid 1 Accent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idjsreis1izclums2">
    <w:name w:val="Medium Grid 1 Accent 2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idjsreis1izclums3">
    <w:name w:val="Medium Grid 1 Accent 3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idjsreis1izclums4">
    <w:name w:val="Medium Grid 1 Accent 4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idjsreis1izclums5">
    <w:name w:val="Medium Grid 1 Accent 5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idjsreis1izclums6">
    <w:name w:val="Medium Grid 1 Accent 6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Vidjsreis2">
    <w:name w:val="Medium Grid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1">
    <w:name w:val="Medium Grid 2 Accent 1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2">
    <w:name w:val="Medium Grid 2 Accent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3">
    <w:name w:val="Medium Grid 2 Accent 3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4">
    <w:name w:val="Medium Grid 2 Accent 4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5">
    <w:name w:val="Medium Grid 2 Accent 5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6">
    <w:name w:val="Medium Grid 2 Accent 6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3">
    <w:name w:val="Medium Grid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Vidjsreis3izclums1">
    <w:name w:val="Medium Grid 3 Accent 1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Vidjsreis3izclums2">
    <w:name w:val="Medium Grid 3 Accent 2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Vidjsreis3izclums3">
    <w:name w:val="Medium Grid 3 Accent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Vidjsreis3izclums4">
    <w:name w:val="Medium Grid 3 Accent 4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Vidjsreis3izclums5">
    <w:name w:val="Medium Grid 3 Accent 5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Vidjsreis3izclums6">
    <w:name w:val="Medium Grid 3 Accent 6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ssaraksts">
    <w:name w:val="Dark List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ssarakstsizclums1">
    <w:name w:val="Dark List Accent 1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ssarakstsizclums2">
    <w:name w:val="Dark List Accent 2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ssarakstsizclums3">
    <w:name w:val="Dark List Accent 3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ssarakstsizclums4">
    <w:name w:val="Dark List Accent 4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ssarakstsizclums5">
    <w:name w:val="Dark List Accent 5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ssarakstsizclums6">
    <w:name w:val="Dark List Accent 6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rsainsnojums">
    <w:name w:val="Colorful Shading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1">
    <w:name w:val="Colorful Shading Accent 1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2">
    <w:name w:val="Colorful Shading Accent 2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3">
    <w:name w:val="Colorful Shading Accent 3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nojumsizclums4">
    <w:name w:val="Colorful Shading Accent 4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5">
    <w:name w:val="Colorful Shading Accent 5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6">
    <w:name w:val="Colorful Shading Accent 6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saraksts">
    <w:name w:val="Colorful List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rsainssarakstsizclums1">
    <w:name w:val="Colorful List Accent 1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rsainssarakstsizclums2">
    <w:name w:val="Colorful List Accent 2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rsainssarakstsizclums3">
    <w:name w:val="Colorful List Accent 3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rsainssarakstsizclums4">
    <w:name w:val="Colorful List Accent 4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rsainssarakstsizclums5">
    <w:name w:val="Colorful List Accent 5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rsainssarakstsizclums6">
    <w:name w:val="Colorful List Accent 6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rsainsreis">
    <w:name w:val="Colorful Grid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rsainsreisizclums1">
    <w:name w:val="Colorful Grid Accent 1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rsainsreisizclums2">
    <w:name w:val="Colorful Grid Accent 2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rsainsreisizclums3">
    <w:name w:val="Colorful Grid Accent 3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reisizclums4">
    <w:name w:val="Colorful Grid Accent 4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rsainsreisizclums5">
    <w:name w:val="Colorful Grid Accent 5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rsainsreisizclums6">
    <w:name w:val="Colorful Grid Accent 6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716</Words>
  <Characters>409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Ineta Ružāne</cp:lastModifiedBy>
  <cp:revision>2</cp:revision>
  <dcterms:created xsi:type="dcterms:W3CDTF">2013-12-23T23:15:00Z</dcterms:created>
  <dcterms:modified xsi:type="dcterms:W3CDTF">2026-08-19T14:16:00Z</dcterms:modified>
  <cp:category/>
</cp:coreProperties>
</file>