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06008" w:rsidP="1C63D400" w:rsidRDefault="00606008" w14:paraId="32FE8884" w14:textId="6A528EBF">
      <w:pPr>
        <w:spacing w:after="0" w:line="240" w:lineRule="auto"/>
        <w:jc w:val="right"/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510569" wp14:editId="024957DA">
            <wp:simplePos x="0" y="0"/>
            <wp:positionH relativeFrom="column">
              <wp:posOffset>1270</wp:posOffset>
            </wp:positionH>
            <wp:positionV relativeFrom="paragraph">
              <wp:posOffset>-6350</wp:posOffset>
            </wp:positionV>
            <wp:extent cx="2004060" cy="1165225"/>
            <wp:effectExtent l="0" t="0" r="0" b="0"/>
            <wp:wrapSquare wrapText="bothSides"/>
            <wp:docPr id="1920451746" name="Attēls 1" descr="Salaspils 1. vidus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aspils 1. vidussko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16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Pielikums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 xml:space="preserve"> Nr. 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1</w:t>
      </w:r>
      <w:r>
        <w:br/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Iekšējās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 xml:space="preserve"> 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kārtības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 xml:space="preserve"> 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noteikumiem</w:t>
      </w:r>
      <w:r>
        <w:br/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Salaspils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 xml:space="preserve"> 1. </w:t>
      </w:r>
      <w:r w:rsidRPr="1C63D400" w:rsidR="00606008">
        <w:rPr>
          <w:b w:val="1"/>
          <w:bCs w:val="1"/>
          <w:i w:val="1"/>
          <w:iCs w:val="1"/>
          <w:noProof w:val="0"/>
          <w:sz w:val="22"/>
          <w:szCs w:val="22"/>
          <w:lang w:val="lv-LV"/>
        </w:rPr>
        <w:t>vidusskolā</w:t>
      </w:r>
    </w:p>
    <w:p w:rsidR="00606008" w:rsidP="1C63D400" w:rsidRDefault="00606008" w14:paraId="69C7F2A3" w14:textId="77777777">
      <w:pPr>
        <w:rPr>
          <w:noProof w:val="0"/>
          <w:lang w:val="lv-LV"/>
        </w:rPr>
      </w:pPr>
    </w:p>
    <w:p w:rsidR="00606008" w:rsidP="1C63D400" w:rsidRDefault="00606008" w14:paraId="36B44A61" w14:textId="77777777">
      <w:pPr>
        <w:spacing w:after="0" w:line="360" w:lineRule="auto"/>
        <w:jc w:val="right"/>
        <w:rPr>
          <w:noProof w:val="0"/>
          <w:lang w:val="lv-LV"/>
        </w:rPr>
      </w:pPr>
      <w:r w:rsidRPr="1C63D400" w:rsidR="00606008">
        <w:rPr>
          <w:noProof w:val="0"/>
          <w:lang w:val="lv-LV"/>
        </w:rPr>
        <w:t>Salaspils</w:t>
      </w:r>
      <w:r w:rsidRPr="1C63D400" w:rsidR="00606008">
        <w:rPr>
          <w:noProof w:val="0"/>
          <w:lang w:val="lv-LV"/>
        </w:rPr>
        <w:t xml:space="preserve"> 1. </w:t>
      </w:r>
      <w:r w:rsidRPr="1C63D400" w:rsidR="00606008">
        <w:rPr>
          <w:noProof w:val="0"/>
          <w:lang w:val="lv-LV"/>
        </w:rPr>
        <w:t>vidusskolas</w:t>
      </w:r>
      <w:r>
        <w:br/>
      </w:r>
      <w:r w:rsidRPr="1C63D400" w:rsidR="00606008">
        <w:rPr>
          <w:noProof w:val="0"/>
          <w:lang w:val="lv-LV"/>
        </w:rPr>
        <w:t>direktores</w:t>
      </w:r>
      <w:r w:rsidRPr="1C63D400" w:rsidR="00606008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p.i.</w:t>
      </w:r>
      <w:r w:rsidRPr="1C63D400" w:rsidR="00606008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Dana</w:t>
      </w:r>
      <w:r w:rsidRPr="1C63D400" w:rsidR="00606008">
        <w:rPr>
          <w:noProof w:val="0"/>
          <w:lang w:val="lv-LV"/>
        </w:rPr>
        <w:t>i</w:t>
      </w:r>
      <w:r w:rsidRPr="1C63D400" w:rsidR="00606008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Tuče</w:t>
      </w:r>
      <w:r w:rsidRPr="1C63D400" w:rsidR="00606008">
        <w:rPr>
          <w:noProof w:val="0"/>
          <w:lang w:val="lv-LV"/>
        </w:rPr>
        <w:t>i</w:t>
      </w:r>
      <w:r w:rsidRPr="1C63D400" w:rsidR="00606008">
        <w:rPr>
          <w:noProof w:val="0"/>
          <w:lang w:val="lv-LV"/>
        </w:rPr>
        <w:t>-Novika</w:t>
      </w:r>
      <w:r w:rsidRPr="1C63D400" w:rsidR="00606008">
        <w:rPr>
          <w:noProof w:val="0"/>
          <w:lang w:val="lv-LV"/>
        </w:rPr>
        <w:t>i</w:t>
      </w:r>
      <w:r>
        <w:br/>
      </w:r>
      <w:r w:rsidRPr="1C63D400" w:rsidR="00606008">
        <w:rPr>
          <w:noProof w:val="0"/>
          <w:lang w:val="lv-LV"/>
        </w:rPr>
        <w:t xml:space="preserve">_____ </w:t>
      </w:r>
      <w:r w:rsidRPr="1C63D400" w:rsidR="00606008">
        <w:rPr>
          <w:noProof w:val="0"/>
          <w:lang w:val="lv-LV"/>
        </w:rPr>
        <w:t>klases</w:t>
      </w:r>
      <w:r w:rsidRPr="1C63D400" w:rsidR="00606008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skolnie</w:t>
      </w:r>
      <w:r w:rsidRPr="1C63D400" w:rsidR="00606008">
        <w:rPr>
          <w:noProof w:val="0"/>
          <w:lang w:val="lv-LV"/>
        </w:rPr>
        <w:t>_____</w:t>
      </w:r>
    </w:p>
    <w:p w:rsidR="00606008" w:rsidP="1C63D400" w:rsidRDefault="00606008" w14:paraId="3D964C0C" w14:textId="77777777">
      <w:pPr>
        <w:spacing w:after="0" w:line="360" w:lineRule="auto"/>
        <w:jc w:val="right"/>
        <w:rPr>
          <w:noProof w:val="0"/>
          <w:lang w:val="lv-LV"/>
        </w:rPr>
      </w:pPr>
      <w:r w:rsidRPr="1C63D400" w:rsidR="00606008">
        <w:rPr>
          <w:noProof w:val="0"/>
          <w:lang w:val="lv-LV"/>
        </w:rPr>
        <w:t>________________________________________</w:t>
      </w:r>
    </w:p>
    <w:p w:rsidR="00606008" w:rsidP="1C63D400" w:rsidRDefault="00606008" w14:paraId="49F035E9" w14:textId="77777777">
      <w:pPr>
        <w:spacing w:after="0" w:line="360" w:lineRule="auto"/>
        <w:jc w:val="right"/>
        <w:rPr>
          <w:i w:val="1"/>
          <w:iCs w:val="1"/>
          <w:noProof w:val="0"/>
          <w:sz w:val="18"/>
          <w:szCs w:val="18"/>
          <w:lang w:val="lv-LV"/>
        </w:rPr>
      </w:pP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>(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>izglītojamā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 xml:space="preserve"> 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>vārds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 xml:space="preserve">, 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>uzvārds</w:t>
      </w:r>
      <w:r w:rsidRPr="1C63D400" w:rsidR="68B44176">
        <w:rPr>
          <w:i w:val="1"/>
          <w:iCs w:val="1"/>
          <w:noProof w:val="0"/>
          <w:sz w:val="20"/>
          <w:szCs w:val="20"/>
          <w:lang w:val="lv-LV"/>
        </w:rPr>
        <w:t>)</w:t>
      </w:r>
    </w:p>
    <w:p w:rsidR="2FB89454" w:rsidP="1C63D400" w:rsidRDefault="2FB89454" w14:paraId="38E9E41E" w14:textId="19DB28C3">
      <w:pPr>
        <w:spacing w:after="0" w:line="360" w:lineRule="auto"/>
        <w:jc w:val="right"/>
        <w:rPr>
          <w:i w:val="1"/>
          <w:iCs w:val="1"/>
          <w:noProof w:val="0"/>
          <w:lang w:val="lv-LV"/>
        </w:rPr>
      </w:pPr>
      <w:r w:rsidRPr="1C63D400" w:rsidR="2FB89454">
        <w:rPr>
          <w:i w:val="1"/>
          <w:iCs w:val="1"/>
          <w:noProof w:val="0"/>
          <w:lang w:val="lv-LV"/>
        </w:rPr>
        <w:t>________________________________________</w:t>
      </w:r>
    </w:p>
    <w:p w:rsidR="2FB89454" w:rsidP="1C63D400" w:rsidRDefault="2FB89454" w14:paraId="5733A15F" w14:textId="649F277A">
      <w:pPr>
        <w:spacing w:after="0" w:line="360" w:lineRule="auto"/>
        <w:jc w:val="right"/>
        <w:rPr>
          <w:i w:val="1"/>
          <w:iCs w:val="1"/>
          <w:noProof w:val="0"/>
          <w:sz w:val="20"/>
          <w:szCs w:val="20"/>
          <w:lang w:val="lv-LV"/>
        </w:rPr>
      </w:pP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(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likumī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gā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 xml:space="preserve"> 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pārstāvja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 xml:space="preserve"> 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vārds</w:t>
      </w:r>
      <w:r w:rsidRPr="1C63D400" w:rsidR="2FB89454">
        <w:rPr>
          <w:i w:val="1"/>
          <w:iCs w:val="1"/>
          <w:noProof w:val="0"/>
          <w:sz w:val="20"/>
          <w:szCs w:val="20"/>
          <w:lang w:val="lv-LV"/>
        </w:rPr>
        <w:t>, uzvārds)</w:t>
      </w:r>
    </w:p>
    <w:p w:rsidR="003233F3" w:rsidP="1C63D400" w:rsidRDefault="00000000" w14:paraId="396D903D" w14:textId="7C3B2267">
      <w:pPr>
        <w:spacing w:after="60" w:line="240" w:lineRule="auto"/>
        <w:jc w:val="center"/>
        <w:rPr>
          <w:b w:val="1"/>
          <w:bCs w:val="1"/>
          <w:noProof w:val="0"/>
          <w:lang w:val="lv-LV"/>
        </w:rPr>
      </w:pPr>
      <w:r w:rsidRPr="1C63D400" w:rsidR="00000000">
        <w:rPr>
          <w:b w:val="1"/>
          <w:bCs w:val="1"/>
          <w:noProof w:val="0"/>
          <w:lang w:val="lv-LV"/>
        </w:rPr>
        <w:t>iesniegums</w:t>
      </w:r>
    </w:p>
    <w:p w:rsidR="00606008" w:rsidP="1C63D400" w:rsidRDefault="00606008" w14:paraId="3F213793" w14:textId="77777777">
      <w:pPr>
        <w:spacing w:after="40" w:line="240" w:lineRule="auto"/>
        <w:rPr>
          <w:noProof w:val="0"/>
          <w:lang w:val="lv-LV"/>
        </w:rPr>
      </w:pPr>
    </w:p>
    <w:p w:rsidR="003233F3" w:rsidP="1C63D400" w:rsidRDefault="00000000" w14:paraId="3B434ADA" w14:textId="4F364498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Lūdzu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atļauju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manam</w:t>
      </w:r>
      <w:r w:rsidRPr="1C63D400" w:rsidR="00000000">
        <w:rPr>
          <w:noProof w:val="0"/>
          <w:lang w:val="lv-LV"/>
        </w:rPr>
        <w:t xml:space="preserve"> (-ai) </w:t>
      </w:r>
      <w:r w:rsidRPr="1C63D400" w:rsidR="00000000">
        <w:rPr>
          <w:noProof w:val="0"/>
          <w:lang w:val="lv-LV"/>
        </w:rPr>
        <w:t>dēlam</w:t>
      </w:r>
      <w:r w:rsidRPr="1C63D400" w:rsidR="00000000">
        <w:rPr>
          <w:noProof w:val="0"/>
          <w:lang w:val="lv-LV"/>
        </w:rPr>
        <w:t>/</w:t>
      </w:r>
      <w:r w:rsidRPr="1C63D400" w:rsidR="00000000">
        <w:rPr>
          <w:noProof w:val="0"/>
          <w:lang w:val="lv-LV"/>
        </w:rPr>
        <w:t>meitai</w:t>
      </w:r>
      <w:r w:rsidRPr="1C63D400" w:rsidR="00606008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_______________________________________</w:t>
      </w:r>
      <w:r w:rsidRPr="1C63D400" w:rsidR="00606008">
        <w:rPr>
          <w:noProof w:val="0"/>
          <w:lang w:val="lv-LV"/>
        </w:rPr>
        <w:t>_</w:t>
      </w:r>
      <w:r w:rsidRPr="1C63D400" w:rsidR="00606008">
        <w:rPr>
          <w:noProof w:val="0"/>
          <w:lang w:val="lv-LV"/>
        </w:rPr>
        <w:t>_______________</w:t>
      </w:r>
    </w:p>
    <w:p w:rsidR="00606008" w:rsidP="1C63D400" w:rsidRDefault="00000000" w14:paraId="420698AB" w14:textId="6BDA2C93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izbraukt</w:t>
      </w:r>
      <w:r w:rsidRPr="1C63D400" w:rsidR="00000000">
        <w:rPr>
          <w:noProof w:val="0"/>
          <w:lang w:val="lv-LV"/>
        </w:rPr>
        <w:t xml:space="preserve"> (</w:t>
      </w:r>
      <w:r w:rsidRPr="1C63D400" w:rsidR="00000000">
        <w:rPr>
          <w:noProof w:val="0"/>
          <w:lang w:val="lv-LV"/>
        </w:rPr>
        <w:t>uz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kurieni</w:t>
      </w:r>
      <w:r w:rsidRPr="1C63D400" w:rsidR="00606008">
        <w:rPr>
          <w:noProof w:val="0"/>
          <w:lang w:val="lv-LV"/>
        </w:rPr>
        <w:t>)_</w:t>
      </w:r>
      <w:r w:rsidRPr="1C63D400" w:rsidR="00606008">
        <w:rPr>
          <w:noProof w:val="0"/>
          <w:lang w:val="lv-LV"/>
        </w:rPr>
        <w:t>_________________________</w:t>
      </w:r>
      <w:r w:rsidRPr="1C63D400" w:rsidR="00606008">
        <w:rPr>
          <w:noProof w:val="0"/>
          <w:lang w:val="lv-LV"/>
        </w:rPr>
        <w:t>_(</w:t>
      </w:r>
      <w:r w:rsidRPr="1C63D400" w:rsidR="00000000">
        <w:rPr>
          <w:noProof w:val="0"/>
          <w:lang w:val="lv-LV"/>
        </w:rPr>
        <w:t>izbraukuma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mērķis</w:t>
      </w:r>
      <w:r w:rsidRPr="1C63D400" w:rsidR="00000000">
        <w:rPr>
          <w:noProof w:val="0"/>
          <w:lang w:val="lv-LV"/>
        </w:rPr>
        <w:t>) _</w:t>
      </w:r>
      <w:r w:rsidRPr="1C63D400" w:rsidR="00606008">
        <w:rPr>
          <w:noProof w:val="0"/>
          <w:lang w:val="lv-LV"/>
        </w:rPr>
        <w:t>______________________</w:t>
      </w:r>
      <w:r w:rsidRPr="1C63D400" w:rsidR="00000000">
        <w:rPr>
          <w:noProof w:val="0"/>
          <w:lang w:val="lv-LV"/>
        </w:rPr>
        <w:t>____</w:t>
      </w:r>
    </w:p>
    <w:p w:rsidR="00606008" w:rsidP="1C63D400" w:rsidRDefault="00606008" w14:paraId="497EE223" w14:textId="3FD34CC2">
      <w:pPr>
        <w:spacing w:after="120" w:line="360" w:lineRule="auto"/>
        <w:rPr>
          <w:noProof w:val="0"/>
          <w:lang w:val="lv-LV"/>
        </w:rPr>
      </w:pPr>
      <w:r w:rsidRPr="1C63D400" w:rsidR="00606008">
        <w:rPr>
          <w:noProof w:val="0"/>
          <w:lang w:val="lv-LV"/>
        </w:rPr>
        <w:t>____________________________________________________</w:t>
      </w:r>
      <w:r w:rsidRPr="1C63D400" w:rsidR="00606008">
        <w:rPr>
          <w:noProof w:val="0"/>
          <w:lang w:val="lv-LV"/>
        </w:rPr>
        <w:t>_____________________________</w:t>
      </w:r>
      <w:r w:rsidRPr="1C63D400" w:rsidR="00606008">
        <w:rPr>
          <w:noProof w:val="0"/>
          <w:lang w:val="lv-LV"/>
        </w:rPr>
        <w:t>_______</w:t>
      </w:r>
    </w:p>
    <w:p w:rsidR="003233F3" w:rsidP="1C63D400" w:rsidRDefault="00000000" w14:paraId="4045A733" w14:textId="001AA28C">
      <w:pPr>
        <w:spacing w:after="60" w:line="24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no 20_____. gada ___________</w:t>
      </w:r>
      <w:r w:rsidRPr="1C63D400" w:rsidR="00606008">
        <w:rPr>
          <w:noProof w:val="0"/>
          <w:lang w:val="lv-LV"/>
        </w:rPr>
        <w:t>______</w:t>
      </w:r>
      <w:r w:rsidRPr="1C63D400" w:rsidR="00000000">
        <w:rPr>
          <w:noProof w:val="0"/>
          <w:lang w:val="lv-LV"/>
        </w:rPr>
        <w:t xml:space="preserve">_________ </w:t>
      </w:r>
      <w:r w:rsidRPr="1C63D400" w:rsidR="00000000">
        <w:rPr>
          <w:noProof w:val="0"/>
          <w:lang w:val="lv-LV"/>
        </w:rPr>
        <w:t>līdz</w:t>
      </w:r>
      <w:r w:rsidRPr="1C63D400" w:rsidR="00000000">
        <w:rPr>
          <w:noProof w:val="0"/>
          <w:lang w:val="lv-LV"/>
        </w:rPr>
        <w:t xml:space="preserve"> 20_____. </w:t>
      </w:r>
      <w:r w:rsidRPr="1C63D400" w:rsidR="00606008">
        <w:rPr>
          <w:noProof w:val="0"/>
          <w:lang w:val="lv-LV"/>
        </w:rPr>
        <w:t xml:space="preserve">gada </w:t>
      </w:r>
      <w:r w:rsidRPr="1C63D400" w:rsidR="00000000">
        <w:rPr>
          <w:noProof w:val="0"/>
          <w:lang w:val="lv-LV"/>
        </w:rPr>
        <w:t>_</w:t>
      </w:r>
      <w:r w:rsidRPr="1C63D400" w:rsidR="00606008">
        <w:rPr>
          <w:noProof w:val="0"/>
          <w:lang w:val="lv-LV"/>
        </w:rPr>
        <w:t>_______</w:t>
      </w:r>
      <w:r w:rsidRPr="1C63D400" w:rsidR="00000000">
        <w:rPr>
          <w:noProof w:val="0"/>
          <w:lang w:val="lv-LV"/>
        </w:rPr>
        <w:t>__________</w:t>
      </w:r>
      <w:r w:rsidRPr="1C63D400" w:rsidR="00606008">
        <w:rPr>
          <w:noProof w:val="0"/>
          <w:lang w:val="lv-LV"/>
        </w:rPr>
        <w:t>_______</w:t>
      </w:r>
      <w:r w:rsidRPr="1C63D400" w:rsidR="00000000">
        <w:rPr>
          <w:noProof w:val="0"/>
          <w:lang w:val="lv-LV"/>
        </w:rPr>
        <w:t>______</w:t>
      </w:r>
    </w:p>
    <w:p w:rsidR="00606008" w:rsidP="1C63D400" w:rsidRDefault="00606008" w14:paraId="03A32E7D" w14:textId="77777777">
      <w:pPr>
        <w:spacing w:after="60" w:line="240" w:lineRule="auto"/>
        <w:rPr>
          <w:noProof w:val="0"/>
          <w:lang w:val="lv-LV"/>
        </w:rPr>
      </w:pPr>
    </w:p>
    <w:p w:rsidR="003233F3" w:rsidP="1C63D400" w:rsidRDefault="00000000" w14:paraId="4B2C30EF" w14:textId="77777777">
      <w:pPr>
        <w:spacing w:after="60" w:line="24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 xml:space="preserve">Saskaņojums </w:t>
      </w:r>
      <w:r w:rsidRPr="1C63D400" w:rsidR="00000000">
        <w:rPr>
          <w:noProof w:val="0"/>
          <w:lang w:val="lv-LV"/>
        </w:rPr>
        <w:t>ar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mācību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priekšmetu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skolotājiem</w:t>
      </w:r>
      <w:r w:rsidRPr="1C63D400" w:rsidR="00000000">
        <w:rPr>
          <w:noProof w:val="0"/>
          <w:lang w:val="lv-LV"/>
        </w:rPr>
        <w:t>:</w:t>
      </w:r>
    </w:p>
    <w:p w:rsidR="00076392" w:rsidP="1C63D400" w:rsidRDefault="00076392" w14:paraId="5316CDC8" w14:textId="77777777">
      <w:pPr>
        <w:spacing w:after="60" w:line="240" w:lineRule="auto"/>
        <w:rPr>
          <w:noProof w:val="0"/>
          <w:lang w:val="lv-LV"/>
        </w:rPr>
      </w:pPr>
    </w:p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5475"/>
        <w:gridCol w:w="4665"/>
      </w:tblGrid>
      <w:tr w:rsidR="003233F3" w:rsidTr="1C63D400" w14:paraId="1BF11F11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000000" w14:paraId="795E1FC1" w14:textId="77777777">
            <w:pPr>
              <w:jc w:val="center"/>
              <w:rPr>
                <w:b w:val="1"/>
                <w:bCs w:val="1"/>
                <w:noProof w:val="0"/>
                <w:sz w:val="22"/>
                <w:szCs w:val="22"/>
                <w:lang w:val="lv-LV"/>
              </w:rPr>
            </w:pPr>
            <w:r w:rsidRPr="1C63D400" w:rsidR="00000000">
              <w:rPr>
                <w:b w:val="1"/>
                <w:bCs w:val="1"/>
                <w:noProof w:val="0"/>
                <w:sz w:val="22"/>
                <w:szCs w:val="22"/>
                <w:lang w:val="lv-LV"/>
              </w:rPr>
              <w:t>Mācību priekšmets</w:t>
            </w: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000000" w14:paraId="2AF534A3" w14:textId="77777777">
            <w:pPr>
              <w:jc w:val="center"/>
              <w:rPr>
                <w:b w:val="1"/>
                <w:bCs w:val="1"/>
                <w:noProof w:val="0"/>
                <w:sz w:val="22"/>
                <w:szCs w:val="22"/>
                <w:lang w:val="lv-LV"/>
              </w:rPr>
            </w:pPr>
            <w:r w:rsidRPr="1C63D400" w:rsidR="00000000">
              <w:rPr>
                <w:b w:val="1"/>
                <w:bCs w:val="1"/>
                <w:noProof w:val="0"/>
                <w:sz w:val="22"/>
                <w:szCs w:val="22"/>
                <w:lang w:val="lv-LV"/>
              </w:rPr>
              <w:t>Skolotāja paraksts</w:t>
            </w:r>
          </w:p>
        </w:tc>
      </w:tr>
      <w:tr w:rsidR="003233F3" w:rsidTr="1C63D400" w14:paraId="605DE26E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40CB29EC" w14:textId="244B564A">
            <w:pPr>
              <w:rPr>
                <w:noProof w:val="0"/>
                <w:lang w:val="lv-LV"/>
              </w:rPr>
            </w:pPr>
          </w:p>
          <w:p w:rsidR="00606008" w:rsidP="1C63D400" w:rsidRDefault="00606008" w14:paraId="44ED747A" w14:textId="77777777">
            <w:pPr>
              <w:rPr>
                <w:noProof w:val="0"/>
                <w:lang w:val="lv-LV"/>
              </w:rPr>
            </w:pPr>
          </w:p>
          <w:p w:rsidR="00606008" w:rsidP="1C63D400" w:rsidRDefault="00606008" w14:paraId="46C090A8" w14:textId="77777777">
            <w:pPr>
              <w:rPr>
                <w:noProof w:val="0"/>
                <w:lang w:val="lv-LV"/>
              </w:rPr>
            </w:pPr>
          </w:p>
          <w:p w:rsidR="00606008" w:rsidP="1C63D400" w:rsidRDefault="00606008" w14:paraId="189E994F" w14:textId="176C2758">
            <w:pPr>
              <w:rPr>
                <w:noProof w:val="0"/>
                <w:lang w:val="lv-LV"/>
              </w:rPr>
            </w:pPr>
            <w:r w:rsidRPr="1C63D400" w:rsidR="00606008">
              <w:rPr>
                <w:noProof w:val="0"/>
                <w:lang w:val="lv-LV"/>
              </w:rPr>
              <w:t>k</w:t>
            </w:r>
          </w:p>
          <w:p w:rsidR="00606008" w:rsidP="1C63D400" w:rsidRDefault="00606008" w14:paraId="0C419E74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4C68825C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72A983E6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0CC47C17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68D947EF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5D2ADE85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6C35F3DB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6CD90893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7244FD49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50A77C8A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4461AD5F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51247E12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5BB5C950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67F8DC33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55DD24C4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000567D0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6A6C3FEC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7CD7B9D1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1FD8475A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4735FA7F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5B4D7F5F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7B008567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5E0AB1A2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5B9F97E9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471C5274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2493F80C" w14:textId="77777777">
            <w:pPr>
              <w:rPr>
                <w:noProof w:val="0"/>
                <w:lang w:val="lv-LV"/>
              </w:rPr>
            </w:pPr>
          </w:p>
        </w:tc>
      </w:tr>
      <w:tr w:rsidR="003233F3" w:rsidTr="1C63D400" w14:paraId="7F98B2FB" w14:textId="77777777">
        <w:trPr>
          <w:trHeight w:val="415" w:hRule="exact"/>
        </w:trPr>
        <w:tc>
          <w:tcPr>
            <w:tcW w:w="5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14939E4A" w14:textId="77777777">
            <w:pPr>
              <w:rPr>
                <w:noProof w:val="0"/>
                <w:lang w:val="lv-LV"/>
              </w:rPr>
            </w:pPr>
          </w:p>
        </w:tc>
        <w:tc>
          <w:tcPr>
            <w:tcW w:w="4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233F3" w:rsidP="1C63D400" w:rsidRDefault="003233F3" w14:paraId="7E2C2BC9" w14:textId="77777777">
            <w:pPr>
              <w:rPr>
                <w:noProof w:val="0"/>
                <w:lang w:val="lv-LV"/>
              </w:rPr>
            </w:pPr>
          </w:p>
        </w:tc>
      </w:tr>
    </w:tbl>
    <w:p w:rsidR="00606008" w:rsidP="1C63D400" w:rsidRDefault="00606008" w14:paraId="135BDAC9" w14:textId="77777777">
      <w:pPr>
        <w:spacing w:after="60" w:line="240" w:lineRule="auto"/>
        <w:rPr>
          <w:b w:val="1"/>
          <w:bCs w:val="1"/>
          <w:noProof w:val="0"/>
          <w:lang w:val="lv-LV"/>
        </w:rPr>
      </w:pPr>
    </w:p>
    <w:p w:rsidR="003233F3" w:rsidP="1C63D400" w:rsidRDefault="00000000" w14:paraId="201735DB" w14:textId="2C0212DE">
      <w:pPr>
        <w:spacing w:after="60" w:line="240" w:lineRule="auto"/>
        <w:rPr>
          <w:b w:val="1"/>
          <w:bCs w:val="1"/>
          <w:noProof w:val="0"/>
          <w:lang w:val="lv-LV"/>
        </w:rPr>
      </w:pPr>
      <w:r w:rsidRPr="1C63D400" w:rsidR="00000000">
        <w:rPr>
          <w:b w:val="1"/>
          <w:bCs w:val="1"/>
          <w:noProof w:val="0"/>
          <w:lang w:val="lv-LV"/>
        </w:rPr>
        <w:t>Izglītojamais</w:t>
      </w:r>
      <w:r w:rsidRPr="1C63D400" w:rsidR="00000000">
        <w:rPr>
          <w:b w:val="1"/>
          <w:bCs w:val="1"/>
          <w:noProof w:val="0"/>
          <w:lang w:val="lv-LV"/>
        </w:rPr>
        <w:t xml:space="preserve"> </w:t>
      </w:r>
      <w:r w:rsidRPr="1C63D400" w:rsidR="00000000">
        <w:rPr>
          <w:b w:val="1"/>
          <w:bCs w:val="1"/>
          <w:noProof w:val="0"/>
          <w:lang w:val="lv-LV"/>
        </w:rPr>
        <w:t>apņemas</w:t>
      </w:r>
      <w:r w:rsidRPr="1C63D400" w:rsidR="00000000">
        <w:rPr>
          <w:b w:val="1"/>
          <w:bCs w:val="1"/>
          <w:noProof w:val="0"/>
          <w:lang w:val="lv-LV"/>
        </w:rPr>
        <w:t xml:space="preserve"> </w:t>
      </w:r>
      <w:r w:rsidRPr="1C63D400" w:rsidR="00000000">
        <w:rPr>
          <w:b w:val="1"/>
          <w:bCs w:val="1"/>
          <w:noProof w:val="0"/>
          <w:lang w:val="lv-LV"/>
        </w:rPr>
        <w:t>sekot</w:t>
      </w:r>
      <w:r w:rsidRPr="1C63D400" w:rsidR="00000000">
        <w:rPr>
          <w:b w:val="1"/>
          <w:bCs w:val="1"/>
          <w:noProof w:val="0"/>
          <w:lang w:val="lv-LV"/>
        </w:rPr>
        <w:t xml:space="preserve"> </w:t>
      </w:r>
      <w:r w:rsidRPr="1C63D400" w:rsidR="00000000">
        <w:rPr>
          <w:b w:val="1"/>
          <w:bCs w:val="1"/>
          <w:noProof w:val="0"/>
          <w:lang w:val="lv-LV"/>
        </w:rPr>
        <w:t>mācību</w:t>
      </w:r>
      <w:r w:rsidRPr="1C63D400" w:rsidR="00000000">
        <w:rPr>
          <w:b w:val="1"/>
          <w:bCs w:val="1"/>
          <w:noProof w:val="0"/>
          <w:lang w:val="lv-LV"/>
        </w:rPr>
        <w:t xml:space="preserve"> </w:t>
      </w:r>
      <w:r w:rsidRPr="1C63D400" w:rsidR="00000000">
        <w:rPr>
          <w:b w:val="1"/>
          <w:bCs w:val="1"/>
          <w:noProof w:val="0"/>
          <w:lang w:val="lv-LV"/>
        </w:rPr>
        <w:t>tēmu</w:t>
      </w:r>
      <w:r w:rsidRPr="1C63D400" w:rsidR="00000000">
        <w:rPr>
          <w:b w:val="1"/>
          <w:bCs w:val="1"/>
          <w:noProof w:val="0"/>
          <w:lang w:val="lv-LV"/>
        </w:rPr>
        <w:t xml:space="preserve"> </w:t>
      </w:r>
      <w:r w:rsidRPr="1C63D400" w:rsidR="00000000">
        <w:rPr>
          <w:b w:val="1"/>
          <w:bCs w:val="1"/>
          <w:noProof w:val="0"/>
          <w:lang w:val="lv-LV"/>
        </w:rPr>
        <w:t>apguvei</w:t>
      </w:r>
      <w:r w:rsidRPr="1C63D400" w:rsidR="00000000">
        <w:rPr>
          <w:b w:val="1"/>
          <w:bCs w:val="1"/>
          <w:noProof w:val="0"/>
          <w:lang w:val="lv-LV"/>
        </w:rPr>
        <w:t xml:space="preserve"> E-</w:t>
      </w:r>
      <w:r w:rsidRPr="1C63D400" w:rsidR="00000000">
        <w:rPr>
          <w:b w:val="1"/>
          <w:bCs w:val="1"/>
          <w:noProof w:val="0"/>
          <w:lang w:val="lv-LV"/>
        </w:rPr>
        <w:t>klasē</w:t>
      </w:r>
      <w:r w:rsidRPr="1C63D400" w:rsidR="00000000">
        <w:rPr>
          <w:b w:val="1"/>
          <w:bCs w:val="1"/>
          <w:noProof w:val="0"/>
          <w:lang w:val="lv-LV"/>
        </w:rPr>
        <w:t>.</w:t>
      </w:r>
    </w:p>
    <w:p w:rsidR="00606008" w:rsidP="1C63D400" w:rsidRDefault="00606008" w14:paraId="3C4891A7" w14:textId="77777777">
      <w:pPr>
        <w:spacing w:after="60" w:line="240" w:lineRule="auto"/>
        <w:rPr>
          <w:noProof w:val="0"/>
          <w:lang w:val="lv-LV"/>
        </w:rPr>
      </w:pPr>
    </w:p>
    <w:p w:rsidR="003233F3" w:rsidP="1C63D400" w:rsidRDefault="00000000" w14:paraId="3579D0FA" w14:textId="091E4956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Klases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audzinātājs</w:t>
      </w:r>
      <w:r w:rsidRPr="1C63D400" w:rsidR="00000000">
        <w:rPr>
          <w:noProof w:val="0"/>
          <w:lang w:val="lv-LV"/>
        </w:rPr>
        <w:t xml:space="preserve">: </w:t>
      </w:r>
      <w:r w:rsidRPr="1C63D400" w:rsidR="00606008">
        <w:rPr>
          <w:noProof w:val="0"/>
          <w:lang w:val="lv-LV"/>
        </w:rPr>
        <w:t xml:space="preserve">____________________________ </w:t>
      </w:r>
      <w:r w:rsidRPr="1C63D400" w:rsidR="00000000">
        <w:rPr>
          <w:noProof w:val="0"/>
          <w:lang w:val="lv-LV"/>
        </w:rPr>
        <w:t>(</w:t>
      </w:r>
      <w:r w:rsidRPr="1C63D400" w:rsidR="00000000">
        <w:rPr>
          <w:noProof w:val="0"/>
          <w:lang w:val="lv-LV"/>
        </w:rPr>
        <w:t>vārds</w:t>
      </w:r>
      <w:r w:rsidRPr="1C63D400" w:rsidR="00000000">
        <w:rPr>
          <w:noProof w:val="0"/>
          <w:lang w:val="lv-LV"/>
        </w:rPr>
        <w:t xml:space="preserve">, </w:t>
      </w:r>
      <w:r w:rsidRPr="1C63D400" w:rsidR="00000000">
        <w:rPr>
          <w:noProof w:val="0"/>
          <w:lang w:val="lv-LV"/>
        </w:rPr>
        <w:t>uzvārds</w:t>
      </w:r>
      <w:r w:rsidRPr="1C63D400" w:rsidR="00000000">
        <w:rPr>
          <w:noProof w:val="0"/>
          <w:lang w:val="lv-LV"/>
        </w:rPr>
        <w:t>) ______________________ (</w:t>
      </w:r>
      <w:r w:rsidRPr="1C63D400" w:rsidR="00000000">
        <w:rPr>
          <w:noProof w:val="0"/>
          <w:lang w:val="lv-LV"/>
        </w:rPr>
        <w:t>paraksts</w:t>
      </w:r>
      <w:r w:rsidRPr="1C63D400" w:rsidR="00000000">
        <w:rPr>
          <w:noProof w:val="0"/>
          <w:lang w:val="lv-LV"/>
        </w:rPr>
        <w:t>)</w:t>
      </w:r>
    </w:p>
    <w:p w:rsidR="003233F3" w:rsidP="1C63D400" w:rsidRDefault="00000000" w14:paraId="1D52C610" w14:textId="55DD74DB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Likumiskais</w:t>
      </w:r>
      <w:r w:rsidRPr="1C63D400" w:rsidR="00000000">
        <w:rPr>
          <w:noProof w:val="0"/>
          <w:lang w:val="lv-LV"/>
        </w:rPr>
        <w:t xml:space="preserve"> </w:t>
      </w:r>
      <w:r w:rsidRPr="1C63D400" w:rsidR="00000000">
        <w:rPr>
          <w:noProof w:val="0"/>
          <w:lang w:val="lv-LV"/>
        </w:rPr>
        <w:t>pārstāvis</w:t>
      </w:r>
      <w:r w:rsidRPr="1C63D400" w:rsidR="00000000">
        <w:rPr>
          <w:noProof w:val="0"/>
          <w:lang w:val="lv-LV"/>
        </w:rPr>
        <w:t>: _____________________________ (</w:t>
      </w:r>
      <w:r w:rsidRPr="1C63D400" w:rsidR="00000000">
        <w:rPr>
          <w:noProof w:val="0"/>
          <w:lang w:val="lv-LV"/>
        </w:rPr>
        <w:t>vārds</w:t>
      </w:r>
      <w:r w:rsidRPr="1C63D400" w:rsidR="00000000">
        <w:rPr>
          <w:noProof w:val="0"/>
          <w:lang w:val="lv-LV"/>
        </w:rPr>
        <w:t xml:space="preserve">, </w:t>
      </w:r>
      <w:r w:rsidRPr="1C63D400" w:rsidR="00000000">
        <w:rPr>
          <w:noProof w:val="0"/>
          <w:lang w:val="lv-LV"/>
        </w:rPr>
        <w:t>uzvārds</w:t>
      </w:r>
      <w:r w:rsidRPr="1C63D400" w:rsidR="00000000">
        <w:rPr>
          <w:noProof w:val="0"/>
          <w:lang w:val="lv-LV"/>
        </w:rPr>
        <w:t>) __________________ (paraksts)</w:t>
      </w:r>
    </w:p>
    <w:p w:rsidR="003233F3" w:rsidP="1C63D400" w:rsidRDefault="00000000" w14:paraId="0B8512FB" w14:textId="51E3CDD7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Izglītojamais</w:t>
      </w:r>
      <w:r w:rsidRPr="1C63D400" w:rsidR="00000000">
        <w:rPr>
          <w:noProof w:val="0"/>
          <w:lang w:val="lv-LV"/>
        </w:rPr>
        <w:t>: ____________________________________ (</w:t>
      </w:r>
      <w:r w:rsidRPr="1C63D400" w:rsidR="00000000">
        <w:rPr>
          <w:noProof w:val="0"/>
          <w:lang w:val="lv-LV"/>
        </w:rPr>
        <w:t>vārds</w:t>
      </w:r>
      <w:r w:rsidRPr="1C63D400" w:rsidR="00000000">
        <w:rPr>
          <w:noProof w:val="0"/>
          <w:lang w:val="lv-LV"/>
        </w:rPr>
        <w:t xml:space="preserve">, </w:t>
      </w:r>
      <w:r w:rsidRPr="1C63D400" w:rsidR="00000000">
        <w:rPr>
          <w:noProof w:val="0"/>
          <w:lang w:val="lv-LV"/>
        </w:rPr>
        <w:t>uzvārds</w:t>
      </w:r>
      <w:r w:rsidRPr="1C63D400" w:rsidR="00000000">
        <w:rPr>
          <w:noProof w:val="0"/>
          <w:lang w:val="lv-LV"/>
        </w:rPr>
        <w:t>) __________________ (paraksts)</w:t>
      </w:r>
    </w:p>
    <w:p w:rsidR="003233F3" w:rsidP="1C63D400" w:rsidRDefault="00000000" w14:paraId="0B35DF62" w14:textId="7A195358">
      <w:pPr>
        <w:spacing w:after="120" w:line="360" w:lineRule="auto"/>
        <w:rPr>
          <w:noProof w:val="0"/>
          <w:lang w:val="lv-LV"/>
        </w:rPr>
      </w:pPr>
      <w:r w:rsidRPr="1C63D400" w:rsidR="00000000">
        <w:rPr>
          <w:noProof w:val="0"/>
          <w:lang w:val="lv-LV"/>
        </w:rPr>
        <w:t>Datums:</w:t>
      </w:r>
      <w:r w:rsidRPr="1C63D400" w:rsidR="00076392">
        <w:rPr>
          <w:noProof w:val="0"/>
          <w:lang w:val="lv-LV"/>
        </w:rPr>
        <w:t xml:space="preserve"> </w:t>
      </w:r>
      <w:r w:rsidRPr="1C63D400" w:rsidR="00606008">
        <w:rPr>
          <w:noProof w:val="0"/>
          <w:lang w:val="lv-LV"/>
        </w:rPr>
        <w:t>_______</w:t>
      </w:r>
      <w:r w:rsidRPr="1C63D400" w:rsidR="00076392">
        <w:rPr>
          <w:noProof w:val="0"/>
          <w:lang w:val="lv-LV"/>
        </w:rPr>
        <w:t>_________</w:t>
      </w:r>
      <w:r w:rsidRPr="1C63D400" w:rsidR="00606008">
        <w:rPr>
          <w:noProof w:val="0"/>
          <w:lang w:val="lv-LV"/>
        </w:rPr>
        <w:t>_____</w:t>
      </w:r>
    </w:p>
    <w:sectPr w:rsidR="003233F3" w:rsidSect="00034616">
      <w:pgSz w:w="12240" w:h="15840" w:orient="portrait"/>
      <w:pgMar w:top="68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963969610">
    <w:abstractNumId w:val="8"/>
  </w:num>
  <w:num w:numId="2" w16cid:durableId="594825763">
    <w:abstractNumId w:val="6"/>
  </w:num>
  <w:num w:numId="3" w16cid:durableId="576398974">
    <w:abstractNumId w:val="5"/>
  </w:num>
  <w:num w:numId="4" w16cid:durableId="784497662">
    <w:abstractNumId w:val="4"/>
  </w:num>
  <w:num w:numId="5" w16cid:durableId="1130980953">
    <w:abstractNumId w:val="7"/>
  </w:num>
  <w:num w:numId="6" w16cid:durableId="283583866">
    <w:abstractNumId w:val="3"/>
  </w:num>
  <w:num w:numId="7" w16cid:durableId="2105033233">
    <w:abstractNumId w:val="2"/>
  </w:num>
  <w:num w:numId="8" w16cid:durableId="2123719128">
    <w:abstractNumId w:val="1"/>
  </w:num>
  <w:num w:numId="9" w16cid:durableId="7380164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076392"/>
    <w:rsid w:val="0015074B"/>
    <w:rsid w:val="001E459C"/>
    <w:rsid w:val="0029639D"/>
    <w:rsid w:val="003233F3"/>
    <w:rsid w:val="00326F90"/>
    <w:rsid w:val="00606008"/>
    <w:rsid w:val="00AA1D8D"/>
    <w:rsid w:val="00B47730"/>
    <w:rsid w:val="00CB0664"/>
    <w:rsid w:val="00FC693F"/>
    <w:rsid w:val="1162B4F4"/>
    <w:rsid w:val="1B2E58AF"/>
    <w:rsid w:val="1C63D400"/>
    <w:rsid w:val="2E753358"/>
    <w:rsid w:val="2FB89454"/>
    <w:rsid w:val="68B44176"/>
    <w:rsid w:val="6C17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AD1FF"/>
  <w14:defaultImageDpi w14:val="300"/>
  <w15:docId w15:val="{FC4EF589-D464-404E-8CC6-754620A9BF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  <w:rsid w:val="00FC693F"/>
    <w:rPr>
      <w:rFonts w:ascii="Times New Roman" w:hAnsi="Times New Roman"/>
      <w:sz w:val="23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GalveneRakstz" w:customStyle="1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jeneRakstz" w:customStyle="1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styleId="Virsraksts1Rakstz" w:customStyle="1">
    <w:name w:val="Virsraksts 1 Rakstz."/>
    <w:basedOn w:val="Noklusjumarindkopasfonts"/>
    <w:link w:val="Virsraksts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Virsraksts2Rakstz" w:customStyle="1">
    <w:name w:val="Virsraksts 2 Rakstz."/>
    <w:basedOn w:val="Noklusjumarindkopasfonts"/>
    <w:link w:val="Virsraksts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Virsraksts3Rakstz" w:customStyle="1">
    <w:name w:val="Virsraksts 3 Rakstz."/>
    <w:basedOn w:val="Noklusjumarindkopasfonts"/>
    <w:link w:val="Virsraksts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osaukumsRakstz" w:customStyle="1">
    <w:name w:val="Nosaukums Rakstz."/>
    <w:basedOn w:val="Noklusjumarindkopasfonts"/>
    <w:link w:val="Nosaukums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pakvirsrakstsRakstz" w:customStyle="1">
    <w:name w:val="Apakšvirsraksts Rakstz."/>
    <w:basedOn w:val="Noklusjumarindkopasfonts"/>
    <w:link w:val="Apakvirsraksts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styleId="PamattekstsRakstz" w:customStyle="1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styleId="Pamatteksts2Rakstz" w:customStyle="1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amatteksts3Rakstz" w:customStyle="1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tekstsRakstz" w:customStyle="1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styleId="CittsRakstz" w:customStyle="1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styleId="Virsraksts4Rakstz" w:customStyle="1">
    <w:name w:val="Virsraksts 4 Rakstz."/>
    <w:basedOn w:val="Noklusjumarindkopasfonts"/>
    <w:link w:val="Virsraksts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Virsraksts5Rakstz" w:customStyle="1">
    <w:name w:val="Virsraksts 5 Rakstz."/>
    <w:basedOn w:val="Noklusjumarindkopasfonts"/>
    <w:link w:val="Virsraksts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Virsraksts6Rakstz" w:customStyle="1">
    <w:name w:val="Virsraksts 6 Rakstz."/>
    <w:basedOn w:val="Noklusjumarindkopasfonts"/>
    <w:link w:val="Virsraksts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Virsraksts7Rakstz" w:customStyle="1">
    <w:name w:val="Virsraksts 7 Rakstz."/>
    <w:basedOn w:val="Noklusjumarindkopasfonts"/>
    <w:link w:val="Virsraksts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Virsraksts8Rakstz" w:customStyle="1">
    <w:name w:val="Virsraksts 8 Rakstz."/>
    <w:basedOn w:val="Noklusjumarindkopasfonts"/>
    <w:link w:val="Virsraksts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Virsraksts9Rakstz" w:customStyle="1">
    <w:name w:val="Virsraksts 9 Rakstz."/>
    <w:basedOn w:val="Noklusjumarindkopasfonts"/>
    <w:link w:val="Virsraksts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vscittsRakstz" w:customStyle="1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FF502D84CB38F46BA1E0423B9EC5320" ma:contentTypeVersion="13" ma:contentTypeDescription="Izveidot jaunu dokumentu." ma:contentTypeScope="" ma:versionID="770bd2c37187ac33025ea66c2275814f">
  <xsd:schema xmlns:xsd="http://www.w3.org/2001/XMLSchema" xmlns:xs="http://www.w3.org/2001/XMLSchema" xmlns:p="http://schemas.microsoft.com/office/2006/metadata/properties" xmlns:ns2="83f6cdae-2284-46bb-b4b0-f6fdd91a99fd" xmlns:ns3="9e46ae28-bb01-4629-ac75-e2222c36610f" targetNamespace="http://schemas.microsoft.com/office/2006/metadata/properties" ma:root="true" ma:fieldsID="c45ac0ebf58769584a743144a000b814" ns2:_="" ns3:_="">
    <xsd:import namespace="83f6cdae-2284-46bb-b4b0-f6fdd91a99fd"/>
    <xsd:import namespace="9e46ae28-bb01-4629-ac75-e2222c3661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6cdae-2284-46bb-b4b0-f6fdd91a9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9a7a4557-0476-48a9-bc2a-3e79ad64d5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6ae28-bb01-4629-ac75-e2222c36610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dd7a08-82e4-4741-855e-fe28e3143005}" ma:internalName="TaxCatchAll" ma:showField="CatchAllData" ma:web="9e46ae28-bb01-4629-ac75-e2222c3661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46ae28-bb01-4629-ac75-e2222c36610f" xsi:nil="true"/>
    <lcf76f155ced4ddcb4097134ff3c332f xmlns="83f6cdae-2284-46bb-b4b0-f6fdd91a99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B603CB-6053-4856-AF49-40510BFA2E12}"/>
</file>

<file path=customXml/itemProps3.xml><?xml version="1.0" encoding="utf-8"?>
<ds:datastoreItem xmlns:ds="http://schemas.openxmlformats.org/officeDocument/2006/customXml" ds:itemID="{FE6CBFF8-5365-4207-ABCA-D68CA90DA33A}"/>
</file>

<file path=customXml/itemProps4.xml><?xml version="1.0" encoding="utf-8"?>
<ds:datastoreItem xmlns:ds="http://schemas.openxmlformats.org/officeDocument/2006/customXml" ds:itemID="{46FA439E-EB50-40DB-927D-ABDC7B9733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Dana Tuče-Novika</lastModifiedBy>
  <revision>5</revision>
  <dcterms:created xsi:type="dcterms:W3CDTF">2013-12-23T23:15:00.0000000Z</dcterms:created>
  <dcterms:modified xsi:type="dcterms:W3CDTF">2026-09-22T18:11:17.3287284Z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0x0101003FF502D84CB38F46BA1E0423B9EC5320</vt:lpwstr>
  </property>
  <property fmtid="{D5CDD505-2E9C-101B-9397-08002B2CF9AE}" pid="3" name="MediaServiceImageTags">
    <vt:lpwstr/>
  </property>
</Properties>
</file>